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17365D"/>
          <w:sz w:val="40"/>
        </w:rPr>
        <w:t>STUDENT TENANT APPLICATION FORM</w:t>
      </w:r>
    </w:p>
    <w:p>
      <w:pPr>
        <w:jc w:val="center"/>
      </w:pPr>
      <w:r>
        <w:rPr>
          <w:color w:val="008C95"/>
          <w:sz w:val="22"/>
        </w:rPr>
        <w:t>Student Accommodation • Coventry &amp; Surrounding Areas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368"/>
      </w:tblGrid>
      <w:tr>
        <w:tc>
          <w:tcPr>
            <w:tcW w:type="dxa" w:w="10368"/>
            <w:shd w:fill="EAF4F5"/>
            <w:vAlign w:val="center"/>
          </w:tcPr>
          <w:p>
            <w:r/>
            <w:r>
              <w:rPr>
                <w:b w:val="0"/>
                <w:sz w:val="20"/>
              </w:rPr>
              <w:t>TOS Estate Management</w:t>
              <w:br/>
              <w:t>Earlsdon Park, 53–55 Butts Road, Coventry CV1 3BH</w:t>
              <w:br/>
              <w:t>Tel: 024 7510 2873 | Mobile: 077 2157 1801 | Email: info@tosestatemgt.co.uk</w:t>
              <w:br/>
              <w:t>Company No.: 15940168</w:t>
            </w:r>
          </w:p>
        </w:tc>
      </w:tr>
    </w:tbl>
    <w:p/>
    <w:p>
      <w:r>
        <w:rPr>
          <w:b/>
          <w:color w:val="17365D"/>
        </w:rPr>
        <w:t xml:space="preserve">IMPORTANT </w:t>
      </w:r>
      <w:r>
        <w:rPr>
          <w:sz w:val="18"/>
        </w:rPr>
        <w:t>Completion does not guarantee a viewing, property offer or tenancy. Information must be accurate and may be verified. Supporting documents, Right to Rent evidence and/or a guarantor may be requested where applicable.</w:t>
      </w:r>
    </w:p>
    <w:p>
      <w:pPr>
        <w:spacing w:before="180" w:after="80"/>
      </w:pPr>
      <w:r>
        <w:rPr>
          <w:b/>
          <w:color w:val="17365D"/>
          <w:sz w:val="24"/>
        </w:rPr>
        <w:t>1. Property &amp; Application Details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vAlign w:val="center"/>
            <w:shd w:fill="EAF4F5"/>
          </w:tcPr>
          <w:p>
            <w:r/>
            <w:r>
              <w:rPr>
                <w:b/>
                <w:color w:val="17365D"/>
                <w:sz w:val="18"/>
              </w:rPr>
              <w:t>Property address / reference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b w:val="0"/>
                <w:sz w:val="18"/>
              </w:rPr>
              <w:t>____________________________________________________________</w:t>
            </w:r>
          </w:p>
        </w:tc>
      </w:tr>
      <w:tr>
        <w:tc>
          <w:tcPr>
            <w:tcW w:type="dxa" w:w="5184"/>
            <w:vAlign w:val="center"/>
            <w:shd w:fill="EAF4F5"/>
          </w:tcPr>
          <w:p>
            <w:r/>
            <w:r>
              <w:rPr>
                <w:b/>
                <w:color w:val="17365D"/>
                <w:sz w:val="18"/>
              </w:rPr>
              <w:t>Preferred move-in date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b w:val="0"/>
                <w:sz w:val="18"/>
              </w:rPr>
              <w:t>________________________</w:t>
            </w:r>
          </w:p>
        </w:tc>
      </w:tr>
      <w:tr>
        <w:tc>
          <w:tcPr>
            <w:tcW w:type="dxa" w:w="5184"/>
            <w:vAlign w:val="center"/>
            <w:shd w:fill="EAF4F5"/>
          </w:tcPr>
          <w:p>
            <w:r/>
            <w:r>
              <w:rPr>
                <w:b/>
                <w:color w:val="17365D"/>
                <w:sz w:val="18"/>
              </w:rPr>
              <w:t>Preferred tenancy length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b w:val="0"/>
                <w:sz w:val="18"/>
              </w:rPr>
              <w:t>☐ Academic year  ☐ 12 months  ☐ Other: __________</w:t>
            </w:r>
          </w:p>
        </w:tc>
      </w:tr>
      <w:tr>
        <w:tc>
          <w:tcPr>
            <w:tcW w:type="dxa" w:w="5184"/>
            <w:vAlign w:val="center"/>
            <w:shd w:fill="EAF4F5"/>
          </w:tcPr>
          <w:p>
            <w:r/>
            <w:r>
              <w:rPr>
                <w:b/>
                <w:color w:val="17365D"/>
                <w:sz w:val="18"/>
              </w:rPr>
              <w:t>Bedrooms required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b w:val="0"/>
                <w:sz w:val="18"/>
              </w:rPr>
              <w:t>________________</w:t>
            </w:r>
          </w:p>
        </w:tc>
      </w:tr>
      <w:tr>
        <w:tc>
          <w:tcPr>
            <w:tcW w:type="dxa" w:w="5184"/>
            <w:vAlign w:val="center"/>
            <w:shd w:fill="EAF4F5"/>
          </w:tcPr>
          <w:p>
            <w:r/>
            <w:r>
              <w:rPr>
                <w:b/>
                <w:color w:val="17365D"/>
                <w:sz w:val="18"/>
              </w:rPr>
              <w:t>How did you hear about TOS Estate Management?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b w:val="0"/>
                <w:sz w:val="18"/>
              </w:rPr>
              <w:t>____________________________________________________________</w:t>
            </w:r>
          </w:p>
        </w:tc>
      </w:tr>
      <w:tr>
        <w:tc>
          <w:tcPr>
            <w:tcW w:type="dxa" w:w="5184"/>
            <w:vAlign w:val="center"/>
            <w:shd w:fill="EAF4F5"/>
          </w:tcPr>
          <w:p>
            <w:r/>
            <w:r>
              <w:rPr>
                <w:b/>
                <w:color w:val="17365D"/>
                <w:sz w:val="18"/>
              </w:rPr>
              <w:t>Application date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b w:val="0"/>
                <w:sz w:val="18"/>
              </w:rPr>
              <w:t>________________________</w:t>
            </w:r>
          </w:p>
        </w:tc>
      </w:tr>
    </w:tbl>
    <w:p>
      <w:pPr>
        <w:spacing w:before="180" w:after="80"/>
      </w:pPr>
      <w:r>
        <w:rPr>
          <w:b/>
          <w:color w:val="17365D"/>
          <w:sz w:val="24"/>
        </w:rPr>
        <w:t>2. Student Applicant Details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vAlign w:val="center"/>
            <w:shd w:fill="EAF4F5"/>
          </w:tcPr>
          <w:p>
            <w:r/>
            <w:r>
              <w:rPr>
                <w:b/>
                <w:color w:val="17365D"/>
                <w:sz w:val="18"/>
              </w:rPr>
              <w:t>Title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b w:val="0"/>
                <w:sz w:val="18"/>
              </w:rPr>
              <w:t>☐ Mr  ☐ Mrs  ☐ Miss  ☐ Ms  ☐ Other: ______</w:t>
            </w:r>
          </w:p>
        </w:tc>
      </w:tr>
      <w:tr>
        <w:tc>
          <w:tcPr>
            <w:tcW w:type="dxa" w:w="5184"/>
            <w:vAlign w:val="center"/>
            <w:shd w:fill="EAF4F5"/>
          </w:tcPr>
          <w:p>
            <w:r/>
            <w:r>
              <w:rPr>
                <w:b/>
                <w:color w:val="17365D"/>
                <w:sz w:val="18"/>
              </w:rPr>
              <w:t>Full legal name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b w:val="0"/>
                <w:sz w:val="18"/>
              </w:rPr>
              <w:t>____________________________________________________________</w:t>
            </w:r>
          </w:p>
        </w:tc>
      </w:tr>
      <w:tr>
        <w:tc>
          <w:tcPr>
            <w:tcW w:type="dxa" w:w="5184"/>
            <w:vAlign w:val="center"/>
            <w:shd w:fill="EAF4F5"/>
          </w:tcPr>
          <w:p>
            <w:r/>
            <w:r>
              <w:rPr>
                <w:b/>
                <w:color w:val="17365D"/>
                <w:sz w:val="18"/>
              </w:rPr>
              <w:t>Preferred name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b w:val="0"/>
                <w:sz w:val="18"/>
              </w:rPr>
              <w:t>____________________________________________________________</w:t>
            </w:r>
          </w:p>
        </w:tc>
      </w:tr>
      <w:tr>
        <w:tc>
          <w:tcPr>
            <w:tcW w:type="dxa" w:w="5184"/>
            <w:vAlign w:val="center"/>
            <w:shd w:fill="EAF4F5"/>
          </w:tcPr>
          <w:p>
            <w:r/>
            <w:r>
              <w:rPr>
                <w:b/>
                <w:color w:val="17365D"/>
                <w:sz w:val="18"/>
              </w:rPr>
              <w:t>Date of birth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b w:val="0"/>
                <w:sz w:val="18"/>
              </w:rPr>
              <w:t>________________________</w:t>
            </w:r>
          </w:p>
        </w:tc>
      </w:tr>
      <w:tr>
        <w:tc>
          <w:tcPr>
            <w:tcW w:type="dxa" w:w="5184"/>
            <w:vAlign w:val="center"/>
            <w:shd w:fill="EAF4F5"/>
          </w:tcPr>
          <w:p>
            <w:r/>
            <w:r>
              <w:rPr>
                <w:b/>
                <w:color w:val="17365D"/>
                <w:sz w:val="18"/>
              </w:rPr>
              <w:t>Nationality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b w:val="0"/>
                <w:sz w:val="18"/>
              </w:rPr>
              <w:t>____________________________________________________________</w:t>
            </w:r>
          </w:p>
        </w:tc>
      </w:tr>
      <w:tr>
        <w:tc>
          <w:tcPr>
            <w:tcW w:type="dxa" w:w="5184"/>
            <w:vAlign w:val="center"/>
            <w:shd w:fill="EAF4F5"/>
          </w:tcPr>
          <w:p>
            <w:r/>
            <w:r>
              <w:rPr>
                <w:b/>
                <w:color w:val="17365D"/>
                <w:sz w:val="18"/>
              </w:rPr>
              <w:t>Mobile telephone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b w:val="0"/>
                <w:sz w:val="18"/>
              </w:rPr>
              <w:t>____________________________________________________________</w:t>
            </w:r>
          </w:p>
        </w:tc>
      </w:tr>
      <w:tr>
        <w:tc>
          <w:tcPr>
            <w:tcW w:type="dxa" w:w="5184"/>
            <w:vAlign w:val="center"/>
            <w:shd w:fill="EAF4F5"/>
          </w:tcPr>
          <w:p>
            <w:r/>
            <w:r>
              <w:rPr>
                <w:b/>
                <w:color w:val="17365D"/>
                <w:sz w:val="18"/>
              </w:rPr>
              <w:t>Email address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b w:val="0"/>
                <w:sz w:val="18"/>
              </w:rPr>
              <w:t>____________________________________________________________</w:t>
            </w:r>
          </w:p>
        </w:tc>
      </w:tr>
      <w:tr>
        <w:tc>
          <w:tcPr>
            <w:tcW w:type="dxa" w:w="5184"/>
            <w:vAlign w:val="center"/>
            <w:shd w:fill="EAF4F5"/>
          </w:tcPr>
          <w:p>
            <w:r/>
            <w:r>
              <w:rPr>
                <w:b/>
                <w:color w:val="17365D"/>
                <w:sz w:val="18"/>
              </w:rPr>
              <w:t>Current residential address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b w:val="0"/>
                <w:sz w:val="18"/>
              </w:rPr>
              <w:t>____________________________________________________________</w:t>
            </w:r>
          </w:p>
        </w:tc>
      </w:tr>
      <w:tr>
        <w:tc>
          <w:tcPr>
            <w:tcW w:type="dxa" w:w="5184"/>
            <w:vAlign w:val="center"/>
            <w:shd w:fill="EAF4F5"/>
          </w:tcPr>
          <w:p>
            <w:r/>
            <w:r>
              <w:rPr>
                <w:b/>
                <w:color w:val="17365D"/>
                <w:sz w:val="18"/>
              </w:rPr>
              <w:t>How long at current address?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b w:val="0"/>
                <w:sz w:val="18"/>
              </w:rPr>
              <w:t>________________________</w:t>
            </w:r>
          </w:p>
        </w:tc>
      </w:tr>
    </w:tbl>
    <w:p>
      <w:pPr>
        <w:spacing w:before="180" w:after="80"/>
      </w:pPr>
      <w:r>
        <w:rPr>
          <w:b/>
          <w:color w:val="17365D"/>
          <w:sz w:val="24"/>
        </w:rPr>
        <w:t>3. University / College &amp; Course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vAlign w:val="center"/>
            <w:shd w:fill="EAF4F5"/>
          </w:tcPr>
          <w:p>
            <w:r/>
            <w:r>
              <w:rPr>
                <w:b/>
                <w:color w:val="17365D"/>
                <w:sz w:val="18"/>
              </w:rPr>
              <w:t>University / College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b w:val="0"/>
                <w:sz w:val="18"/>
              </w:rPr>
              <w:t>____________________________________________________________</w:t>
            </w:r>
          </w:p>
        </w:tc>
      </w:tr>
      <w:tr>
        <w:tc>
          <w:tcPr>
            <w:tcW w:type="dxa" w:w="5184"/>
            <w:vAlign w:val="center"/>
            <w:shd w:fill="EAF4F5"/>
          </w:tcPr>
          <w:p>
            <w:r/>
            <w:r>
              <w:rPr>
                <w:b/>
                <w:color w:val="17365D"/>
                <w:sz w:val="18"/>
              </w:rPr>
              <w:t>Campus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b w:val="0"/>
                <w:sz w:val="18"/>
              </w:rPr>
              <w:t>____________________________________________________________</w:t>
            </w:r>
          </w:p>
        </w:tc>
      </w:tr>
      <w:tr>
        <w:tc>
          <w:tcPr>
            <w:tcW w:type="dxa" w:w="5184"/>
            <w:vAlign w:val="center"/>
            <w:shd w:fill="EAF4F5"/>
          </w:tcPr>
          <w:p>
            <w:r/>
            <w:r>
              <w:rPr>
                <w:b/>
                <w:color w:val="17365D"/>
                <w:sz w:val="18"/>
              </w:rPr>
              <w:t>Course / Programme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b w:val="0"/>
                <w:sz w:val="18"/>
              </w:rPr>
              <w:t>____________________________________________________________</w:t>
            </w:r>
          </w:p>
        </w:tc>
      </w:tr>
      <w:tr>
        <w:tc>
          <w:tcPr>
            <w:tcW w:type="dxa" w:w="5184"/>
            <w:vAlign w:val="center"/>
            <w:shd w:fill="EAF4F5"/>
          </w:tcPr>
          <w:p>
            <w:r/>
            <w:r>
              <w:rPr>
                <w:b/>
                <w:color w:val="17365D"/>
                <w:sz w:val="18"/>
              </w:rPr>
              <w:t>Course level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b w:val="0"/>
                <w:sz w:val="18"/>
              </w:rPr>
              <w:t>☐ Foundation  ☐ Undergraduate  ☐ Postgraduate  ☐ PhD  ☐ Other</w:t>
            </w:r>
          </w:p>
        </w:tc>
      </w:tr>
      <w:tr>
        <w:tc>
          <w:tcPr>
            <w:tcW w:type="dxa" w:w="5184"/>
            <w:vAlign w:val="center"/>
            <w:shd w:fill="EAF4F5"/>
          </w:tcPr>
          <w:p>
            <w:r/>
            <w:r>
              <w:rPr>
                <w:b/>
                <w:color w:val="17365D"/>
                <w:sz w:val="18"/>
              </w:rPr>
              <w:t>Year of study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b w:val="0"/>
                <w:sz w:val="18"/>
              </w:rPr>
              <w:t>☐ 1  ☐ 2  ☐ 3  ☐ 4+  ☐ Postgraduate</w:t>
            </w:r>
          </w:p>
        </w:tc>
      </w:tr>
      <w:tr>
        <w:tc>
          <w:tcPr>
            <w:tcW w:type="dxa" w:w="5184"/>
            <w:vAlign w:val="center"/>
            <w:shd w:fill="EAF4F5"/>
          </w:tcPr>
          <w:p>
            <w:r/>
            <w:r>
              <w:rPr>
                <w:b/>
                <w:color w:val="17365D"/>
                <w:sz w:val="18"/>
              </w:rPr>
              <w:t>Student number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b w:val="0"/>
                <w:sz w:val="18"/>
              </w:rPr>
              <w:t>____________________________________________________________</w:t>
            </w:r>
          </w:p>
        </w:tc>
      </w:tr>
      <w:tr>
        <w:tc>
          <w:tcPr>
            <w:tcW w:type="dxa" w:w="5184"/>
            <w:vAlign w:val="center"/>
            <w:shd w:fill="EAF4F5"/>
          </w:tcPr>
          <w:p>
            <w:r/>
            <w:r>
              <w:rPr>
                <w:b/>
                <w:color w:val="17365D"/>
                <w:sz w:val="18"/>
              </w:rPr>
              <w:t>Course start date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b w:val="0"/>
                <w:sz w:val="18"/>
              </w:rPr>
              <w:t>________________________</w:t>
            </w:r>
          </w:p>
        </w:tc>
      </w:tr>
      <w:tr>
        <w:tc>
          <w:tcPr>
            <w:tcW w:type="dxa" w:w="5184"/>
            <w:vAlign w:val="center"/>
            <w:shd w:fill="EAF4F5"/>
          </w:tcPr>
          <w:p>
            <w:r/>
            <w:r>
              <w:rPr>
                <w:b/>
                <w:color w:val="17365D"/>
                <w:sz w:val="18"/>
              </w:rPr>
              <w:t>Expected completion date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b w:val="0"/>
                <w:sz w:val="18"/>
              </w:rPr>
              <w:t>________________________</w:t>
            </w:r>
          </w:p>
        </w:tc>
      </w:tr>
      <w:tr>
        <w:tc>
          <w:tcPr>
            <w:tcW w:type="dxa" w:w="5184"/>
            <w:vAlign w:val="center"/>
            <w:shd w:fill="EAF4F5"/>
          </w:tcPr>
          <w:p>
            <w:r/>
            <w:r>
              <w:rPr>
                <w:b/>
                <w:color w:val="17365D"/>
                <w:sz w:val="18"/>
              </w:rPr>
              <w:t>University / College email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b w:val="0"/>
                <w:sz w:val="18"/>
              </w:rPr>
              <w:t>____________________________________________________________</w:t>
            </w:r>
          </w:p>
        </w:tc>
      </w:tr>
    </w:tbl>
    <w:p>
      <w:pPr>
        <w:spacing w:before="180" w:after="80"/>
      </w:pPr>
      <w:r>
        <w:rPr>
          <w:b/>
          <w:color w:val="17365D"/>
          <w:sz w:val="24"/>
        </w:rPr>
        <w:t>4. Student Status &amp; Funding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vAlign w:val="center"/>
            <w:shd w:fill="EAF4F5"/>
          </w:tcPr>
          <w:p>
            <w:r/>
            <w:r>
              <w:rPr>
                <w:b/>
                <w:color w:val="17365D"/>
                <w:sz w:val="18"/>
              </w:rPr>
              <w:t>Student status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b w:val="0"/>
                <w:sz w:val="18"/>
              </w:rPr>
              <w:t>☐ Full-time  ☐ Part-time  ☐ Other</w:t>
            </w:r>
          </w:p>
        </w:tc>
      </w:tr>
      <w:tr>
        <w:tc>
          <w:tcPr>
            <w:tcW w:type="dxa" w:w="5184"/>
            <w:vAlign w:val="center"/>
            <w:shd w:fill="EAF4F5"/>
          </w:tcPr>
          <w:p>
            <w:r/>
            <w:r>
              <w:rPr>
                <w:b/>
                <w:color w:val="17365D"/>
                <w:sz w:val="18"/>
              </w:rPr>
              <w:t>Funding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b w:val="0"/>
                <w:sz w:val="18"/>
              </w:rPr>
              <w:t>☐ Student finance  ☐ Scholarship  ☐ Bursary  ☐ Self-funded  ☐ Other</w:t>
            </w:r>
          </w:p>
        </w:tc>
      </w:tr>
      <w:tr>
        <w:tc>
          <w:tcPr>
            <w:tcW w:type="dxa" w:w="5184"/>
            <w:vAlign w:val="center"/>
            <w:shd w:fill="EAF4F5"/>
          </w:tcPr>
          <w:p>
            <w:r/>
            <w:r>
              <w:rPr>
                <w:b/>
                <w:color w:val="17365D"/>
                <w:sz w:val="18"/>
              </w:rPr>
              <w:t>Maintenance / living-cost support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b w:val="0"/>
                <w:sz w:val="18"/>
              </w:rPr>
              <w:t>☐ Yes  ☐ No  ☐ Pending</w:t>
            </w:r>
          </w:p>
        </w:tc>
      </w:tr>
      <w:tr>
        <w:tc>
          <w:tcPr>
            <w:tcW w:type="dxa" w:w="5184"/>
            <w:vAlign w:val="center"/>
            <w:shd w:fill="EAF4F5"/>
          </w:tcPr>
          <w:p>
            <w:r/>
            <w:r>
              <w:rPr>
                <w:b/>
                <w:color w:val="17365D"/>
                <w:sz w:val="18"/>
              </w:rPr>
              <w:t>Expected annual funding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b w:val="0"/>
                <w:sz w:val="18"/>
              </w:rPr>
              <w:t>£_______________________</w:t>
            </w:r>
          </w:p>
        </w:tc>
      </w:tr>
      <w:tr>
        <w:tc>
          <w:tcPr>
            <w:tcW w:type="dxa" w:w="5184"/>
            <w:vAlign w:val="center"/>
            <w:shd w:fill="EAF4F5"/>
          </w:tcPr>
          <w:p>
            <w:r/>
            <w:r>
              <w:rPr>
                <w:b/>
                <w:color w:val="17365D"/>
                <w:sz w:val="18"/>
              </w:rPr>
              <w:t>Employment alongside study?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b w:val="0"/>
                <w:sz w:val="18"/>
              </w:rPr>
              <w:t>☐ No  ☐ Yes</w:t>
            </w:r>
          </w:p>
        </w:tc>
      </w:tr>
      <w:tr>
        <w:tc>
          <w:tcPr>
            <w:tcW w:type="dxa" w:w="5184"/>
            <w:vAlign w:val="center"/>
            <w:shd w:fill="EAF4F5"/>
          </w:tcPr>
          <w:p>
            <w:r/>
            <w:r>
              <w:rPr>
                <w:b/>
                <w:color w:val="17365D"/>
                <w:sz w:val="18"/>
              </w:rPr>
              <w:t>Employer / job title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b w:val="0"/>
                <w:sz w:val="18"/>
              </w:rPr>
              <w:t>____________________________________________________________</w:t>
            </w:r>
          </w:p>
        </w:tc>
      </w:tr>
      <w:tr>
        <w:tc>
          <w:tcPr>
            <w:tcW w:type="dxa" w:w="5184"/>
            <w:vAlign w:val="center"/>
            <w:shd w:fill="EAF4F5"/>
          </w:tcPr>
          <w:p>
            <w:r/>
            <w:r>
              <w:rPr>
                <w:b/>
                <w:color w:val="17365D"/>
                <w:sz w:val="18"/>
              </w:rPr>
              <w:t>Approx. monthly employment income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b w:val="0"/>
                <w:sz w:val="18"/>
              </w:rPr>
              <w:t>£_______________________</w:t>
            </w:r>
          </w:p>
        </w:tc>
      </w:tr>
    </w:tbl>
    <w:p>
      <w:pPr>
        <w:spacing w:before="180" w:after="80"/>
      </w:pPr>
      <w:r>
        <w:rPr>
          <w:b/>
          <w:color w:val="17365D"/>
          <w:sz w:val="24"/>
        </w:rPr>
        <w:t>5. Additional Applicants / Housemates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vAlign w:val="center"/>
            <w:shd w:fill="EAF4F5"/>
          </w:tcPr>
          <w:p>
            <w:r/>
            <w:r>
              <w:rPr>
                <w:b/>
                <w:color w:val="17365D"/>
                <w:sz w:val="18"/>
              </w:rPr>
              <w:t>Number of additional adults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b w:val="0"/>
                <w:sz w:val="18"/>
              </w:rPr>
              <w:t>________________</w:t>
            </w:r>
          </w:p>
        </w:tc>
      </w:tr>
      <w:tr>
        <w:tc>
          <w:tcPr>
            <w:tcW w:type="dxa" w:w="5184"/>
            <w:vAlign w:val="center"/>
            <w:shd w:fill="EAF4F5"/>
          </w:tcPr>
          <w:p>
            <w:r/>
            <w:r>
              <w:rPr>
                <w:b/>
                <w:color w:val="17365D"/>
                <w:sz w:val="18"/>
              </w:rPr>
              <w:t>Full names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b w:val="0"/>
                <w:sz w:val="18"/>
              </w:rPr>
              <w:t>____________________________________________________________</w:t>
            </w:r>
          </w:p>
        </w:tc>
      </w:tr>
      <w:tr>
        <w:tc>
          <w:tcPr>
            <w:tcW w:type="dxa" w:w="5184"/>
            <w:vAlign w:val="center"/>
            <w:shd w:fill="EAF4F5"/>
          </w:tcPr>
          <w:p>
            <w:r/>
            <w:r>
              <w:rPr>
                <w:b/>
                <w:color w:val="17365D"/>
                <w:sz w:val="18"/>
              </w:rPr>
              <w:t>Contact numbers / emails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b w:val="0"/>
                <w:sz w:val="18"/>
              </w:rPr>
              <w:t>____________________________________________________________</w:t>
            </w:r>
          </w:p>
        </w:tc>
      </w:tr>
      <w:tr>
        <w:tc>
          <w:tcPr>
            <w:tcW w:type="dxa" w:w="5184"/>
            <w:vAlign w:val="center"/>
            <w:shd w:fill="EAF4F5"/>
          </w:tcPr>
          <w:p>
            <w:r/>
            <w:r>
              <w:rPr>
                <w:b/>
                <w:color w:val="17365D"/>
                <w:sz w:val="18"/>
              </w:rPr>
              <w:t>University / course details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b w:val="0"/>
                <w:sz w:val="18"/>
              </w:rPr>
              <w:t>____________________________________________________________</w:t>
            </w:r>
          </w:p>
        </w:tc>
      </w:tr>
    </w:tbl>
    <w:p>
      <w:pPr>
        <w:spacing w:before="180" w:after="80"/>
      </w:pPr>
      <w:r>
        <w:rPr>
          <w:b/>
          <w:color w:val="17365D"/>
          <w:sz w:val="24"/>
        </w:rPr>
        <w:t>6. Right to Rent — England</w:t>
      </w:r>
    </w:p>
    <w:p>
      <w:r>
        <w:rPr>
          <w:sz w:val="18"/>
        </w:rPr>
        <w:t>All adult occupiers must satisfy the applicable Right to Rent requirements before a tenancy can be granted. Please provide the relevant evidence or share code when requested.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vAlign w:val="center"/>
            <w:shd w:fill="EAF4F5"/>
          </w:tcPr>
          <w:p>
            <w:r/>
            <w:r>
              <w:rPr>
                <w:b/>
                <w:color w:val="17365D"/>
                <w:sz w:val="18"/>
              </w:rPr>
              <w:t>Applicant status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b w:val="0"/>
                <w:sz w:val="18"/>
              </w:rPr>
              <w:t>☐ British/Irish citizen  ☐ Digital status/share code  ☐ Other evidence</w:t>
            </w:r>
          </w:p>
        </w:tc>
      </w:tr>
      <w:tr>
        <w:tc>
          <w:tcPr>
            <w:tcW w:type="dxa" w:w="5184"/>
            <w:vAlign w:val="center"/>
            <w:shd w:fill="EAF4F5"/>
          </w:tcPr>
          <w:p>
            <w:r/>
            <w:r>
              <w:rPr>
                <w:b/>
                <w:color w:val="17365D"/>
                <w:sz w:val="18"/>
              </w:rPr>
              <w:t>Right to Rent share code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b w:val="0"/>
                <w:sz w:val="18"/>
              </w:rPr>
              <w:t>________________________</w:t>
            </w:r>
          </w:p>
        </w:tc>
      </w:tr>
      <w:tr>
        <w:tc>
          <w:tcPr>
            <w:tcW w:type="dxa" w:w="5184"/>
            <w:vAlign w:val="center"/>
            <w:shd w:fill="EAF4F5"/>
          </w:tcPr>
          <w:p>
            <w:r/>
            <w:r>
              <w:rPr>
                <w:b/>
                <w:color w:val="17365D"/>
                <w:sz w:val="18"/>
              </w:rPr>
              <w:t>Date share code provided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b w:val="0"/>
                <w:sz w:val="18"/>
              </w:rPr>
              <w:t>________________________</w:t>
            </w:r>
          </w:p>
        </w:tc>
      </w:tr>
      <w:tr>
        <w:tc>
          <w:tcPr>
            <w:tcW w:type="dxa" w:w="5184"/>
            <w:vAlign w:val="center"/>
            <w:shd w:fill="EAF4F5"/>
          </w:tcPr>
          <w:p>
            <w:r/>
            <w:r>
              <w:rPr>
                <w:b/>
                <w:color w:val="17365D"/>
                <w:sz w:val="18"/>
              </w:rPr>
              <w:t>Additional applicant share code(s)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b w:val="0"/>
                <w:sz w:val="18"/>
              </w:rPr>
              <w:t>____________________________________________________________</w:t>
            </w:r>
          </w:p>
        </w:tc>
      </w:tr>
    </w:tbl>
    <w:p>
      <w:pPr>
        <w:spacing w:before="180" w:after="80"/>
      </w:pPr>
      <w:r>
        <w:rPr>
          <w:b/>
          <w:color w:val="17365D"/>
          <w:sz w:val="24"/>
        </w:rPr>
        <w:t>7. Accommodation &amp; Tenancy History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vAlign w:val="center"/>
            <w:shd w:fill="EAF4F5"/>
          </w:tcPr>
          <w:p>
            <w:r/>
            <w:r>
              <w:rPr>
                <w:b/>
                <w:color w:val="17365D"/>
                <w:sz w:val="18"/>
              </w:rPr>
              <w:t>Current accommodation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b w:val="0"/>
                <w:sz w:val="18"/>
              </w:rPr>
              <w:t>☐ University accommodation  ☐ Private rented  ☐ Family  ☐ Other</w:t>
            </w:r>
          </w:p>
        </w:tc>
      </w:tr>
      <w:tr>
        <w:tc>
          <w:tcPr>
            <w:tcW w:type="dxa" w:w="5184"/>
            <w:vAlign w:val="center"/>
            <w:shd w:fill="EAF4F5"/>
          </w:tcPr>
          <w:p>
            <w:r/>
            <w:r>
              <w:rPr>
                <w:b/>
                <w:color w:val="17365D"/>
                <w:sz w:val="18"/>
              </w:rPr>
              <w:t>Current landlord / provider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b w:val="0"/>
                <w:sz w:val="18"/>
              </w:rPr>
              <w:t>____________________________________________________________</w:t>
            </w:r>
          </w:p>
        </w:tc>
      </w:tr>
      <w:tr>
        <w:tc>
          <w:tcPr>
            <w:tcW w:type="dxa" w:w="5184"/>
            <w:vAlign w:val="center"/>
            <w:shd w:fill="EAF4F5"/>
          </w:tcPr>
          <w:p>
            <w:r/>
            <w:r>
              <w:rPr>
                <w:b/>
                <w:color w:val="17365D"/>
                <w:sz w:val="18"/>
              </w:rPr>
              <w:t>Landlord / provider contact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b w:val="0"/>
                <w:sz w:val="18"/>
              </w:rPr>
              <w:t>____________________________________________________________</w:t>
            </w:r>
          </w:p>
        </w:tc>
      </w:tr>
      <w:tr>
        <w:tc>
          <w:tcPr>
            <w:tcW w:type="dxa" w:w="5184"/>
            <w:vAlign w:val="center"/>
            <w:shd w:fill="EAF4F5"/>
          </w:tcPr>
          <w:p>
            <w:r/>
            <w:r>
              <w:rPr>
                <w:b/>
                <w:color w:val="17365D"/>
                <w:sz w:val="18"/>
              </w:rPr>
              <w:t>Previous rented address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b w:val="0"/>
                <w:sz w:val="18"/>
              </w:rPr>
              <w:t>____________________________________________________________</w:t>
            </w:r>
          </w:p>
        </w:tc>
      </w:tr>
      <w:tr>
        <w:tc>
          <w:tcPr>
            <w:tcW w:type="dxa" w:w="5184"/>
            <w:vAlign w:val="center"/>
            <w:shd w:fill="EAF4F5"/>
          </w:tcPr>
          <w:p>
            <w:r/>
            <w:r>
              <w:rPr>
                <w:b/>
                <w:color w:val="17365D"/>
                <w:sz w:val="18"/>
              </w:rPr>
              <w:t>Previous landlord / agent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b w:val="0"/>
                <w:sz w:val="18"/>
              </w:rPr>
              <w:t>____________________________________________________________</w:t>
            </w:r>
          </w:p>
        </w:tc>
      </w:tr>
      <w:tr>
        <w:tc>
          <w:tcPr>
            <w:tcW w:type="dxa" w:w="5184"/>
            <w:vAlign w:val="center"/>
            <w:shd w:fill="EAF4F5"/>
          </w:tcPr>
          <w:p>
            <w:r/>
            <w:r>
              <w:rPr>
                <w:b/>
                <w:color w:val="17365D"/>
                <w:sz w:val="18"/>
              </w:rPr>
              <w:t>Previous landlord / agent contact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b w:val="0"/>
                <w:sz w:val="18"/>
              </w:rPr>
              <w:t>____________________________________________________________</w:t>
            </w:r>
          </w:p>
        </w:tc>
      </w:tr>
      <w:tr>
        <w:tc>
          <w:tcPr>
            <w:tcW w:type="dxa" w:w="5184"/>
            <w:vAlign w:val="center"/>
            <w:shd w:fill="EAF4F5"/>
          </w:tcPr>
          <w:p>
            <w:r/>
            <w:r>
              <w:rPr>
                <w:b/>
                <w:color w:val="17365D"/>
                <w:sz w:val="18"/>
              </w:rPr>
              <w:t>Any rent arrears / possession proceedings?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b w:val="0"/>
                <w:sz w:val="18"/>
              </w:rPr>
              <w:t>☐ No  ☐ Yes — explain: ______________________________</w:t>
            </w:r>
          </w:p>
        </w:tc>
      </w:tr>
      <w:tr>
        <w:tc>
          <w:tcPr>
            <w:tcW w:type="dxa" w:w="5184"/>
            <w:vAlign w:val="center"/>
            <w:shd w:fill="EAF4F5"/>
          </w:tcPr>
          <w:p>
            <w:r/>
            <w:r>
              <w:rPr>
                <w:b/>
                <w:color w:val="17365D"/>
                <w:sz w:val="18"/>
              </w:rPr>
              <w:t>Reason for leaving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b w:val="0"/>
                <w:sz w:val="18"/>
              </w:rPr>
              <w:t>____________________________________________________________</w:t>
            </w:r>
          </w:p>
        </w:tc>
      </w:tr>
    </w:tbl>
    <w:p>
      <w:pPr>
        <w:spacing w:before="180" w:after="80"/>
      </w:pPr>
      <w:r>
        <w:rPr>
          <w:b/>
          <w:color w:val="17365D"/>
          <w:sz w:val="24"/>
        </w:rPr>
        <w:t>8. Guarantor Details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vAlign w:val="center"/>
            <w:shd w:fill="EAF4F5"/>
          </w:tcPr>
          <w:p>
            <w:r/>
            <w:r>
              <w:rPr>
                <w:b/>
                <w:color w:val="17365D"/>
                <w:sz w:val="18"/>
              </w:rPr>
              <w:t>Guarantor available?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b w:val="0"/>
                <w:sz w:val="18"/>
              </w:rPr>
              <w:t>☐ Yes  ☐ No  ☐ To be confirmed</w:t>
            </w:r>
          </w:p>
        </w:tc>
      </w:tr>
      <w:tr>
        <w:tc>
          <w:tcPr>
            <w:tcW w:type="dxa" w:w="5184"/>
            <w:vAlign w:val="center"/>
            <w:shd w:fill="EAF4F5"/>
          </w:tcPr>
          <w:p>
            <w:r/>
            <w:r>
              <w:rPr>
                <w:b/>
                <w:color w:val="17365D"/>
                <w:sz w:val="18"/>
              </w:rPr>
              <w:t>Guarantor full legal name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b w:val="0"/>
                <w:sz w:val="18"/>
              </w:rPr>
              <w:t>____________________________________________________________</w:t>
            </w:r>
          </w:p>
        </w:tc>
      </w:tr>
      <w:tr>
        <w:tc>
          <w:tcPr>
            <w:tcW w:type="dxa" w:w="5184"/>
            <w:vAlign w:val="center"/>
            <w:shd w:fill="EAF4F5"/>
          </w:tcPr>
          <w:p>
            <w:r/>
            <w:r>
              <w:rPr>
                <w:b/>
                <w:color w:val="17365D"/>
                <w:sz w:val="18"/>
              </w:rPr>
              <w:t>Relationship to student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b w:val="0"/>
                <w:sz w:val="18"/>
              </w:rPr>
              <w:t>____________________________________________________________</w:t>
            </w:r>
          </w:p>
        </w:tc>
      </w:tr>
      <w:tr>
        <w:tc>
          <w:tcPr>
            <w:tcW w:type="dxa" w:w="5184"/>
            <w:vAlign w:val="center"/>
            <w:shd w:fill="EAF4F5"/>
          </w:tcPr>
          <w:p>
            <w:r/>
            <w:r>
              <w:rPr>
                <w:b/>
                <w:color w:val="17365D"/>
                <w:sz w:val="18"/>
              </w:rPr>
              <w:t>Guarantor date of birth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b w:val="0"/>
                <w:sz w:val="18"/>
              </w:rPr>
              <w:t>________________________</w:t>
            </w:r>
          </w:p>
        </w:tc>
      </w:tr>
      <w:tr>
        <w:tc>
          <w:tcPr>
            <w:tcW w:type="dxa" w:w="5184"/>
            <w:vAlign w:val="center"/>
            <w:shd w:fill="EAF4F5"/>
          </w:tcPr>
          <w:p>
            <w:r/>
            <w:r>
              <w:rPr>
                <w:b/>
                <w:color w:val="17365D"/>
                <w:sz w:val="18"/>
              </w:rPr>
              <w:t>Guarantor address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b w:val="0"/>
                <w:sz w:val="18"/>
              </w:rPr>
              <w:t>____________________________________________________________</w:t>
            </w:r>
          </w:p>
        </w:tc>
      </w:tr>
      <w:tr>
        <w:tc>
          <w:tcPr>
            <w:tcW w:type="dxa" w:w="5184"/>
            <w:vAlign w:val="center"/>
            <w:shd w:fill="EAF4F5"/>
          </w:tcPr>
          <w:p>
            <w:r/>
            <w:r>
              <w:rPr>
                <w:b/>
                <w:color w:val="17365D"/>
                <w:sz w:val="18"/>
              </w:rPr>
              <w:t>Mobile / email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b w:val="0"/>
                <w:sz w:val="18"/>
              </w:rPr>
              <w:t>____________________________________________________________</w:t>
            </w:r>
          </w:p>
        </w:tc>
      </w:tr>
      <w:tr>
        <w:tc>
          <w:tcPr>
            <w:tcW w:type="dxa" w:w="5184"/>
            <w:vAlign w:val="center"/>
            <w:shd w:fill="EAF4F5"/>
          </w:tcPr>
          <w:p>
            <w:r/>
            <w:r>
              <w:rPr>
                <w:b/>
                <w:color w:val="17365D"/>
                <w:sz w:val="18"/>
              </w:rPr>
              <w:t>Employment / business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b w:val="0"/>
                <w:sz w:val="18"/>
              </w:rPr>
              <w:t>____________________________________________________________</w:t>
            </w:r>
          </w:p>
        </w:tc>
      </w:tr>
      <w:tr>
        <w:tc>
          <w:tcPr>
            <w:tcW w:type="dxa" w:w="5184"/>
            <w:vAlign w:val="center"/>
            <w:shd w:fill="EAF4F5"/>
          </w:tcPr>
          <w:p>
            <w:r/>
            <w:r>
              <w:rPr>
                <w:b/>
                <w:color w:val="17365D"/>
                <w:sz w:val="18"/>
              </w:rPr>
              <w:t>Gross annual income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b w:val="0"/>
                <w:sz w:val="18"/>
              </w:rPr>
              <w:t>£_______________________</w:t>
            </w:r>
          </w:p>
        </w:tc>
      </w:tr>
      <w:tr>
        <w:tc>
          <w:tcPr>
            <w:tcW w:type="dxa" w:w="5184"/>
            <w:vAlign w:val="center"/>
            <w:shd w:fill="EAF4F5"/>
          </w:tcPr>
          <w:p>
            <w:r/>
            <w:r>
              <w:rPr>
                <w:b/>
                <w:color w:val="17365D"/>
                <w:sz w:val="18"/>
              </w:rPr>
              <w:t>UK homeowner?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b w:val="0"/>
                <w:sz w:val="18"/>
              </w:rPr>
              <w:t>☐ Yes  ☐ No  ☐ Not applicable</w:t>
            </w:r>
          </w:p>
        </w:tc>
      </w:tr>
    </w:tbl>
    <w:p>
      <w:pPr>
        <w:spacing w:before="180" w:after="80"/>
      </w:pPr>
      <w:r>
        <w:rPr>
          <w:b/>
          <w:color w:val="17365D"/>
          <w:sz w:val="24"/>
        </w:rPr>
        <w:t>9. Financial &amp; Referencing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vAlign w:val="center"/>
            <w:shd w:fill="EAF4F5"/>
          </w:tcPr>
          <w:p>
            <w:r/>
            <w:r>
              <w:rPr>
                <w:b/>
                <w:color w:val="17365D"/>
                <w:sz w:val="18"/>
              </w:rPr>
              <w:t>CCJs / insolvency / bankruptcy?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b w:val="0"/>
                <w:sz w:val="18"/>
              </w:rPr>
              <w:t>☐ No  ☐ Yes — details: ______________________________</w:t>
            </w:r>
          </w:p>
        </w:tc>
      </w:tr>
      <w:tr>
        <w:tc>
          <w:tcPr>
            <w:tcW w:type="dxa" w:w="5184"/>
            <w:vAlign w:val="center"/>
            <w:shd w:fill="EAF4F5"/>
          </w:tcPr>
          <w:p>
            <w:r/>
            <w:r>
              <w:rPr>
                <w:b/>
                <w:color w:val="17365D"/>
                <w:sz w:val="18"/>
              </w:rPr>
              <w:t>Other relevant financial circumstances?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b w:val="0"/>
                <w:sz w:val="18"/>
              </w:rPr>
              <w:t>☐ No  ☐ Yes — details: ______________________________</w:t>
            </w:r>
          </w:p>
        </w:tc>
      </w:tr>
      <w:tr>
        <w:tc>
          <w:tcPr>
            <w:tcW w:type="dxa" w:w="5184"/>
            <w:vAlign w:val="center"/>
            <w:shd w:fill="EAF4F5"/>
          </w:tcPr>
          <w:p>
            <w:r/>
            <w:r>
              <w:rPr>
                <w:b/>
                <w:color w:val="17365D"/>
                <w:sz w:val="18"/>
              </w:rPr>
              <w:t>Expected rent payment source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b w:val="0"/>
                <w:sz w:val="18"/>
              </w:rPr>
              <w:t>☐ Student finance  ☐ Guarantor  ☐ Employment  ☐ Savings  ☐ Family support  ☐ Other</w:t>
            </w:r>
          </w:p>
        </w:tc>
      </w:tr>
      <w:tr>
        <w:tc>
          <w:tcPr>
            <w:tcW w:type="dxa" w:w="5184"/>
            <w:vAlign w:val="center"/>
            <w:shd w:fill="EAF4F5"/>
          </w:tcPr>
          <w:p>
            <w:r/>
            <w:r>
              <w:rPr>
                <w:b/>
                <w:color w:val="17365D"/>
                <w:sz w:val="18"/>
              </w:rPr>
              <w:t>Can documents be provided if requested?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b w:val="0"/>
                <w:sz w:val="18"/>
              </w:rPr>
              <w:t>☐ Yes  ☐ No</w:t>
            </w:r>
          </w:p>
        </w:tc>
      </w:tr>
    </w:tbl>
    <w:p>
      <w:pPr>
        <w:spacing w:before="180" w:after="80"/>
      </w:pPr>
      <w:r>
        <w:rPr>
          <w:b/>
          <w:color w:val="17365D"/>
          <w:sz w:val="24"/>
        </w:rPr>
        <w:t>10. Property Requirements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vAlign w:val="center"/>
            <w:shd w:fill="EAF4F5"/>
          </w:tcPr>
          <w:p>
            <w:r/>
            <w:r>
              <w:rPr>
                <w:b/>
                <w:color w:val="17365D"/>
                <w:sz w:val="18"/>
              </w:rPr>
              <w:t>Pets?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b w:val="0"/>
                <w:sz w:val="18"/>
              </w:rPr>
              <w:t>☐ No  ☐ Yes — type/number: __________________________</w:t>
            </w:r>
          </w:p>
        </w:tc>
      </w:tr>
      <w:tr>
        <w:tc>
          <w:tcPr>
            <w:tcW w:type="dxa" w:w="5184"/>
            <w:vAlign w:val="center"/>
            <w:shd w:fill="EAF4F5"/>
          </w:tcPr>
          <w:p>
            <w:r/>
            <w:r>
              <w:rPr>
                <w:b/>
                <w:color w:val="17365D"/>
                <w:sz w:val="18"/>
              </w:rPr>
              <w:t>Smoking / vaping?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b w:val="0"/>
                <w:sz w:val="18"/>
              </w:rPr>
              <w:t>☐ No  ☐ Yes</w:t>
            </w:r>
          </w:p>
        </w:tc>
      </w:tr>
      <w:tr>
        <w:tc>
          <w:tcPr>
            <w:tcW w:type="dxa" w:w="5184"/>
            <w:vAlign w:val="center"/>
            <w:shd w:fill="EAF4F5"/>
          </w:tcPr>
          <w:p>
            <w:r/>
            <w:r>
              <w:rPr>
                <w:b/>
                <w:color w:val="17365D"/>
                <w:sz w:val="18"/>
              </w:rPr>
              <w:t>Parking required?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b w:val="0"/>
                <w:sz w:val="18"/>
              </w:rPr>
              <w:t>☐ No  ☐ Yes</w:t>
            </w:r>
          </w:p>
        </w:tc>
      </w:tr>
      <w:tr>
        <w:tc>
          <w:tcPr>
            <w:tcW w:type="dxa" w:w="5184"/>
            <w:vAlign w:val="center"/>
            <w:shd w:fill="EAF4F5"/>
          </w:tcPr>
          <w:p>
            <w:r/>
            <w:r>
              <w:rPr>
                <w:b/>
                <w:color w:val="17365D"/>
                <w:sz w:val="18"/>
              </w:rPr>
              <w:t>Furnished requirement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b w:val="0"/>
                <w:sz w:val="18"/>
              </w:rPr>
              <w:t>☐ Furnished  ☐ Unfurnished  ☐ No preference</w:t>
            </w:r>
          </w:p>
        </w:tc>
      </w:tr>
      <w:tr>
        <w:tc>
          <w:tcPr>
            <w:tcW w:type="dxa" w:w="5184"/>
            <w:vAlign w:val="center"/>
            <w:shd w:fill="EAF4F5"/>
          </w:tcPr>
          <w:p>
            <w:r/>
            <w:r>
              <w:rPr>
                <w:b/>
                <w:color w:val="17365D"/>
                <w:sz w:val="18"/>
              </w:rPr>
              <w:t>Accessibility / reasonable adjustment?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b w:val="0"/>
                <w:sz w:val="18"/>
              </w:rPr>
              <w:t>☐ No  ☐ Yes — explain: _________________________________</w:t>
            </w:r>
          </w:p>
        </w:tc>
      </w:tr>
      <w:tr>
        <w:tc>
          <w:tcPr>
            <w:tcW w:type="dxa" w:w="5184"/>
            <w:vAlign w:val="center"/>
            <w:shd w:fill="EAF4F5"/>
          </w:tcPr>
          <w:p>
            <w:r/>
            <w:r>
              <w:rPr>
                <w:b/>
                <w:color w:val="17365D"/>
                <w:sz w:val="18"/>
              </w:rPr>
              <w:t>Other requirements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b w:val="0"/>
                <w:sz w:val="18"/>
              </w:rPr>
              <w:t>____________________________________________________________</w:t>
            </w:r>
          </w:p>
        </w:tc>
      </w:tr>
    </w:tbl>
    <w:p>
      <w:pPr>
        <w:spacing w:before="180" w:after="80"/>
      </w:pPr>
      <w:r>
        <w:rPr>
          <w:b/>
          <w:color w:val="17365D"/>
          <w:sz w:val="24"/>
        </w:rPr>
        <w:t>11. Supporting Documents</w:t>
      </w:r>
    </w:p>
    <w:p>
      <w:r>
        <w:rPr>
          <w:sz w:val="18"/>
        </w:rPr>
        <w:t>☐ Passport / acceptable identity document</w:t>
      </w:r>
    </w:p>
    <w:p>
      <w:r>
        <w:rPr>
          <w:sz w:val="18"/>
        </w:rPr>
        <w:t>☐ Right to Rent share code or evidence, where applicable</w:t>
      </w:r>
    </w:p>
    <w:p>
      <w:r>
        <w:rPr>
          <w:sz w:val="18"/>
        </w:rPr>
        <w:t>☐ University / College student status or enrolment evidence</w:t>
      </w:r>
    </w:p>
    <w:p>
      <w:r>
        <w:rPr>
          <w:sz w:val="18"/>
        </w:rPr>
        <w:t>☐ Studentship / offer / course letter, where applicable</w:t>
      </w:r>
    </w:p>
    <w:p>
      <w:r>
        <w:rPr>
          <w:sz w:val="18"/>
        </w:rPr>
        <w:t>☐ Student finance / funding evidence, where applicable</w:t>
      </w:r>
    </w:p>
    <w:p>
      <w:r>
        <w:rPr>
          <w:sz w:val="18"/>
        </w:rPr>
        <w:t>☐ Recent financial evidence, where requested</w:t>
      </w:r>
    </w:p>
    <w:p>
      <w:r>
        <w:rPr>
          <w:sz w:val="18"/>
        </w:rPr>
        <w:t>☐ Guarantor identification and financial evidence, where required</w:t>
      </w:r>
    </w:p>
    <w:p>
      <w:r>
        <w:rPr>
          <w:sz w:val="18"/>
        </w:rPr>
        <w:t>☐ Previous landlord / accommodation reference, where applicable</w:t>
      </w:r>
    </w:p>
    <w:p>
      <w:pPr>
        <w:spacing w:before="180" w:after="80"/>
      </w:pPr>
      <w:r>
        <w:rPr>
          <w:b/>
          <w:color w:val="17365D"/>
          <w:sz w:val="24"/>
        </w:rPr>
        <w:t>12. Student Declaration &amp; Consent</w:t>
      </w:r>
    </w:p>
    <w:p>
      <w:r>
        <w:rPr>
          <w:sz w:val="18"/>
        </w:rPr>
        <w:t>I confirm that the information supplied is true, complete and accurate to the best of my knowledge. I understand that TOS Estate Management may verify information supplied and, where appropriate and lawful, contact relevant institutions, employers, landlords/agents, guarantors and other relevant parties. I understand that submitting this application does not create a tenancy agreement and that a tenancy is subject to the landlord's approval and completion of required checks. Information will be handled in accordance with applicable data-protection law and TOS Estate Management's privacy notice.</w:t>
      </w:r>
    </w:p>
    <w:p>
      <w:r>
        <w:rPr>
          <w:sz w:val="18"/>
        </w:rPr>
        <w:t>☐ I consent to necessary lawful referencing and verification checks.</w:t>
      </w:r>
    </w:p>
    <w:p>
      <w:r>
        <w:rPr>
          <w:sz w:val="18"/>
        </w:rPr>
        <w:t>☐ I confirm that I have read / been directed to the TOS Estate Management privacy notice.</w:t>
      </w:r>
    </w:p>
    <w:p>
      <w:r>
        <w:rPr>
          <w:sz w:val="18"/>
        </w:rPr>
        <w:t>☐ I understand that a guarantor may be required depending on the property and application.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vAlign w:val="center"/>
            <w:shd w:fill="EAF4F5"/>
          </w:tcPr>
          <w:p>
            <w:r/>
            <w:r>
              <w:rPr>
                <w:b/>
                <w:color w:val="17365D"/>
                <w:sz w:val="18"/>
              </w:rPr>
              <w:t>Student applicant signature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b w:val="0"/>
                <w:sz w:val="18"/>
              </w:rPr>
              <w:t>__________________________________</w:t>
            </w:r>
          </w:p>
        </w:tc>
      </w:tr>
      <w:tr>
        <w:tc>
          <w:tcPr>
            <w:tcW w:type="dxa" w:w="5184"/>
            <w:vAlign w:val="center"/>
            <w:shd w:fill="EAF4F5"/>
          </w:tcPr>
          <w:p>
            <w:r/>
            <w:r>
              <w:rPr>
                <w:b/>
                <w:color w:val="17365D"/>
                <w:sz w:val="18"/>
              </w:rPr>
              <w:t>Date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b w:val="0"/>
                <w:sz w:val="18"/>
              </w:rPr>
              <w:t>________________________</w:t>
            </w:r>
          </w:p>
        </w:tc>
      </w:tr>
      <w:tr>
        <w:tc>
          <w:tcPr>
            <w:tcW w:type="dxa" w:w="5184"/>
            <w:vAlign w:val="center"/>
            <w:shd w:fill="EAF4F5"/>
          </w:tcPr>
          <w:p>
            <w:r/>
            <w:r>
              <w:rPr>
                <w:b/>
                <w:color w:val="17365D"/>
                <w:sz w:val="18"/>
              </w:rPr>
              <w:t>Additional applicant signature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b w:val="0"/>
                <w:sz w:val="18"/>
              </w:rPr>
              <w:t>__________________________________</w:t>
            </w:r>
          </w:p>
        </w:tc>
      </w:tr>
      <w:tr>
        <w:tc>
          <w:tcPr>
            <w:tcW w:type="dxa" w:w="5184"/>
            <w:vAlign w:val="center"/>
            <w:shd w:fill="EAF4F5"/>
          </w:tcPr>
          <w:p>
            <w:r/>
            <w:r>
              <w:rPr>
                <w:b/>
                <w:color w:val="17365D"/>
                <w:sz w:val="18"/>
              </w:rPr>
              <w:t>Date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b w:val="0"/>
                <w:sz w:val="18"/>
              </w:rPr>
              <w:t>________________________</w:t>
            </w:r>
          </w:p>
        </w:tc>
      </w:tr>
    </w:tbl>
    <w:p>
      <w:pPr>
        <w:spacing w:before="180" w:after="80"/>
      </w:pPr>
      <w:r>
        <w:rPr>
          <w:b/>
          <w:color w:val="17365D"/>
          <w:sz w:val="24"/>
        </w:rPr>
        <w:t>13. TOS Estate Management — Office Use Only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vAlign w:val="center"/>
            <w:shd w:fill="EAF4F5"/>
          </w:tcPr>
          <w:p>
            <w:r/>
            <w:r>
              <w:rPr>
                <w:b/>
                <w:color w:val="17365D"/>
                <w:sz w:val="18"/>
              </w:rPr>
              <w:t>Application reference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b w:val="0"/>
                <w:sz w:val="18"/>
              </w:rPr>
              <w:t>________________________</w:t>
            </w:r>
          </w:p>
        </w:tc>
      </w:tr>
      <w:tr>
        <w:tc>
          <w:tcPr>
            <w:tcW w:type="dxa" w:w="5184"/>
            <w:vAlign w:val="center"/>
            <w:shd w:fill="EAF4F5"/>
          </w:tcPr>
          <w:p>
            <w:r/>
            <w:r>
              <w:rPr>
                <w:b/>
                <w:color w:val="17365D"/>
                <w:sz w:val="18"/>
              </w:rPr>
              <w:t>Property reference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b w:val="0"/>
                <w:sz w:val="18"/>
              </w:rPr>
              <w:t>________________________</w:t>
            </w:r>
          </w:p>
        </w:tc>
      </w:tr>
      <w:tr>
        <w:tc>
          <w:tcPr>
            <w:tcW w:type="dxa" w:w="5184"/>
            <w:vAlign w:val="center"/>
            <w:shd w:fill="EAF4F5"/>
          </w:tcPr>
          <w:p>
            <w:r/>
            <w:r>
              <w:rPr>
                <w:b/>
                <w:color w:val="17365D"/>
                <w:sz w:val="18"/>
              </w:rPr>
              <w:t>Agent handling application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b w:val="0"/>
                <w:sz w:val="18"/>
              </w:rPr>
              <w:t>________________________</w:t>
            </w:r>
          </w:p>
        </w:tc>
      </w:tr>
      <w:tr>
        <w:tc>
          <w:tcPr>
            <w:tcW w:type="dxa" w:w="5184"/>
            <w:vAlign w:val="center"/>
            <w:shd w:fill="EAF4F5"/>
          </w:tcPr>
          <w:p>
            <w:r/>
            <w:r>
              <w:rPr>
                <w:b/>
                <w:color w:val="17365D"/>
                <w:sz w:val="18"/>
              </w:rPr>
              <w:t>Viewing status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b w:val="0"/>
                <w:sz w:val="18"/>
              </w:rPr>
              <w:t>☐ Requested  ☐ Booked  ☐ Completed  ☐ Not progressed</w:t>
            </w:r>
          </w:p>
        </w:tc>
      </w:tr>
      <w:tr>
        <w:tc>
          <w:tcPr>
            <w:tcW w:type="dxa" w:w="5184"/>
            <w:vAlign w:val="center"/>
            <w:shd w:fill="EAF4F5"/>
          </w:tcPr>
          <w:p>
            <w:r/>
            <w:r>
              <w:rPr>
                <w:b/>
                <w:color w:val="17365D"/>
                <w:sz w:val="18"/>
              </w:rPr>
              <w:t>Application status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b w:val="0"/>
                <w:sz w:val="18"/>
              </w:rPr>
              <w:t>☐ Pending  ☐ Referencing  ☐ Approved subject to checks  ☐ Declined  ☐ Withdrawn</w:t>
            </w:r>
          </w:p>
        </w:tc>
      </w:tr>
      <w:tr>
        <w:tc>
          <w:tcPr>
            <w:tcW w:type="dxa" w:w="5184"/>
            <w:vAlign w:val="center"/>
            <w:shd w:fill="EAF4F5"/>
          </w:tcPr>
          <w:p>
            <w:r/>
            <w:r>
              <w:rPr>
                <w:b/>
                <w:color w:val="17365D"/>
                <w:sz w:val="18"/>
              </w:rPr>
              <w:t>Right to Rent check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b w:val="0"/>
                <w:sz w:val="18"/>
              </w:rPr>
              <w:t>☐ Completed  ☐ Pending  Date: __________</w:t>
            </w:r>
          </w:p>
        </w:tc>
      </w:tr>
      <w:tr>
        <w:tc>
          <w:tcPr>
            <w:tcW w:type="dxa" w:w="5184"/>
            <w:vAlign w:val="center"/>
            <w:shd w:fill="EAF4F5"/>
          </w:tcPr>
          <w:p>
            <w:r/>
            <w:r>
              <w:rPr>
                <w:b/>
                <w:color w:val="17365D"/>
                <w:sz w:val="18"/>
              </w:rPr>
              <w:t>Student status verified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b w:val="0"/>
                <w:sz w:val="18"/>
              </w:rPr>
              <w:t>☐ Yes  ☐ No  ☐ Pending</w:t>
            </w:r>
          </w:p>
        </w:tc>
      </w:tr>
      <w:tr>
        <w:tc>
          <w:tcPr>
            <w:tcW w:type="dxa" w:w="5184"/>
            <w:vAlign w:val="center"/>
            <w:shd w:fill="EAF4F5"/>
          </w:tcPr>
          <w:p>
            <w:r/>
            <w:r>
              <w:rPr>
                <w:b/>
                <w:color w:val="17365D"/>
                <w:sz w:val="18"/>
              </w:rPr>
              <w:t>Guarantor checks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b w:val="0"/>
                <w:sz w:val="18"/>
              </w:rPr>
              <w:t>☐ Not required  ☐ Pending  ☐ Completed</w:t>
            </w:r>
          </w:p>
        </w:tc>
      </w:tr>
      <w:tr>
        <w:tc>
          <w:tcPr>
            <w:tcW w:type="dxa" w:w="5184"/>
            <w:vAlign w:val="center"/>
            <w:shd w:fill="EAF4F5"/>
          </w:tcPr>
          <w:p>
            <w:r/>
            <w:r>
              <w:rPr>
                <w:b/>
                <w:color w:val="17365D"/>
                <w:sz w:val="18"/>
              </w:rPr>
              <w:t>Reference / affordability checks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b w:val="0"/>
                <w:sz w:val="18"/>
              </w:rPr>
              <w:t>☐ Pending  ☐ Completed</w:t>
            </w:r>
          </w:p>
        </w:tc>
      </w:tr>
      <w:tr>
        <w:tc>
          <w:tcPr>
            <w:tcW w:type="dxa" w:w="5184"/>
            <w:vAlign w:val="center"/>
            <w:shd w:fill="EAF4F5"/>
          </w:tcPr>
          <w:p>
            <w:r/>
            <w:r>
              <w:rPr>
                <w:b/>
                <w:color w:val="17365D"/>
                <w:sz w:val="18"/>
              </w:rPr>
              <w:t>Notes / actions</w:t>
            </w:r>
          </w:p>
        </w:tc>
        <w:tc>
          <w:tcPr>
            <w:tcW w:type="dxa" w:w="5184"/>
            <w:vAlign w:val="center"/>
          </w:tcPr>
          <w:p>
            <w:r/>
            <w:r>
              <w:rPr>
                <w:b w:val="0"/>
                <w:sz w:val="18"/>
              </w:rPr>
              <w:t>____________________________________________________________</w:t>
              <w:br/>
              <w:t>____________________________________________________________</w:t>
            </w:r>
          </w:p>
        </w:tc>
      </w:tr>
    </w:tbl>
    <w:p>
      <w:pPr>
        <w:jc w:val="center"/>
      </w:pPr>
      <w:r>
        <w:rPr>
          <w:b/>
          <w:color w:val="17365D"/>
        </w:rPr>
        <w:br/>
        <w:t>TOS ESTATE MANAGEMENT LTD</w:t>
      </w:r>
      <w:r>
        <w:rPr>
          <w:color w:val="008C95"/>
          <w:sz w:val="18"/>
        </w:rPr>
        <w:br/>
        <w:t>Earlsdon Park, 53–55 Butts Road, Coventry CV1 3BH</w:t>
        <w:br/>
        <w:t>024 7510 2873 • 077 2157 1801 • info@tosestatemgt.co.uk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66666"/>
        <w:sz w:val="16"/>
      </w:rPr>
      <w:t>TOS Estate Management Ltd • Company No. 15940168 • 024 7510 2873 • info@tosestatemgt.co.uk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b/>
        <w:color w:val="17365D"/>
        <w:sz w:val="32"/>
      </w:rPr>
      <w:t>TOS ESTATE MANAGEMENT</w:t>
    </w:r>
    <w:r>
      <w:rPr>
        <w:color w:val="008C95"/>
        <w:sz w:val="18"/>
      </w:rPr>
      <w:br/>
      <w:t>Student Lettings • Student Application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