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7365D"/>
          <w:sz w:val="36"/>
        </w:rPr>
        <w:t>TENANT &amp; GUARANTOR APPLICATION FORM</w:t>
      </w:r>
    </w:p>
    <w:p>
      <w:pPr>
        <w:jc w:val="center"/>
      </w:pPr>
      <w:r>
        <w:rPr>
          <w:sz w:val="18"/>
        </w:rPr>
        <w:t>For residential rental applications in England</w:t>
      </w:r>
    </w:p>
    <w:tbl>
      <w:tblPr>
        <w:tblW w:type="auto" w:w="0"/>
        <w:jc w:val="center"/>
        <w:tblLook w:firstColumn="1" w:firstRow="1" w:lastColumn="0" w:lastRow="0" w:noHBand="0" w:noVBand="1" w:val="04A0"/>
      </w:tblPr>
      <w:tblGrid>
        <w:gridCol w:w="5328"/>
        <w:gridCol w:w="5328"/>
      </w:tblGrid>
      <w:tr>
        <w:tc>
          <w:tcPr>
            <w:tcW w:type="dxa" w:w="5328"/>
            <w:vAlign w:val="center"/>
            <w:shd w:fill="EAF4F5"/>
          </w:tcPr>
          <w:p>
            <w:r/>
            <w:r>
              <w:rPr>
                <w:b/>
                <w:color w:val="17365D"/>
                <w:sz w:val="17"/>
              </w:rPr>
              <w:t>TOS Estate Management</w:t>
              <w:br/>
              <w:t>Earlsdon Park, 53–55 Butts Road</w:t>
              <w:br/>
              <w:t>Coventry CV1 3BH</w:t>
              <w:br/>
              <w:t>024 7510 2873 | 077 2157 1801</w:t>
              <w:br/>
              <w:t>info@tosestatemgt.co.uk</w:t>
              <w:br/>
              <w:t>Company No.: 15940168</w:t>
            </w:r>
          </w:p>
        </w:tc>
        <w:tc>
          <w:tcPr>
            <w:tcW w:type="dxa" w:w="5328"/>
            <w:vAlign w:val="center"/>
          </w:tcPr>
          <w:p>
            <w:r/>
            <w:r>
              <w:rPr>
                <w:b w:val="0"/>
                <w:sz w:val="17"/>
              </w:rPr>
              <w:t>Property Applied For: __________________________</w:t>
              <w:br/>
              <w:t>Monthly Rent: £_______________________________</w:t>
              <w:br/>
              <w:t>Proposed Move-in Date: _______________________</w:t>
              <w:br/>
              <w:t>Application / Reference No.: ___________________</w:t>
              <w:br/>
              <w:t>Letting Type: ☐ Let Only  ☐ Managed</w:t>
            </w:r>
          </w:p>
        </w:tc>
      </w:tr>
    </w:tbl>
    <w:p>
      <w:pPr>
        <w:spacing w:before="160"/>
      </w:pPr>
      <w:r>
        <w:rPr>
          <w:b/>
          <w:color w:val="008C95"/>
          <w:sz w:val="20"/>
        </w:rPr>
        <w:t>IMPORTANT INFORMATION</w:t>
      </w:r>
    </w:p>
    <w:p>
      <w:r>
        <w:rPr>
          <w:sz w:val="16"/>
        </w:rPr>
        <w:t>Please complete all relevant sections accurately. The tenant and guarantor may be subject to identity, Right to Rent, affordability, employment/income, address and reference checks. A guarantor may be required as a condition of granting a tenancy. This application form is not itself a tenancy agreement or guarantor agreement.</w:t>
      </w:r>
    </w:p>
    <w:p>
      <w:pPr>
        <w:spacing w:before="160"/>
      </w:pPr>
      <w:r>
        <w:rPr>
          <w:b/>
          <w:color w:val="008C95"/>
          <w:sz w:val="20"/>
        </w:rPr>
        <w:t>PART A – TENANT APPLICATION</w:t>
      </w:r>
    </w:p>
    <w:tbl>
      <w:tblPr>
        <w:tblW w:type="auto" w:w="0"/>
        <w:jc w:val="center"/>
        <w:tblLook w:firstColumn="1" w:firstRow="1" w:lastColumn="0" w:lastRow="0" w:noHBand="0" w:noVBand="1" w:val="04A0"/>
      </w:tblPr>
      <w:tblGrid>
        <w:gridCol w:w="5328"/>
        <w:gridCol w:w="5328"/>
      </w:tblGrid>
      <w:tr>
        <w:tc>
          <w:tcPr>
            <w:tcW w:type="dxa" w:w="5328"/>
            <w:vAlign w:val="center"/>
            <w:shd w:fill="EAF4F5"/>
          </w:tcPr>
          <w:p>
            <w:r/>
            <w:r>
              <w:rPr>
                <w:b/>
                <w:color w:val="17365D"/>
                <w:sz w:val="17"/>
              </w:rPr>
              <w:t>Tenant full name</w:t>
            </w:r>
          </w:p>
        </w:tc>
        <w:tc>
          <w:tcPr>
            <w:tcW w:type="dxa" w:w="5328"/>
            <w:vAlign w:val="center"/>
          </w:tcPr>
          <w:p>
            <w:r/>
            <w:r>
              <w:rPr>
                <w:b w:val="0"/>
                <w:sz w:val="17"/>
              </w:rPr>
              <w:t>____________________________________________________________</w:t>
            </w:r>
          </w:p>
        </w:tc>
      </w:tr>
      <w:tr>
        <w:tc>
          <w:tcPr>
            <w:tcW w:type="dxa" w:w="5328"/>
            <w:vAlign w:val="center"/>
            <w:shd w:fill="EAF4F5"/>
          </w:tcPr>
          <w:p>
            <w:r/>
            <w:r>
              <w:rPr>
                <w:b/>
                <w:color w:val="17365D"/>
                <w:sz w:val="17"/>
              </w:rPr>
              <w:t>Previous / other name(s), if applicable</w:t>
            </w:r>
          </w:p>
        </w:tc>
        <w:tc>
          <w:tcPr>
            <w:tcW w:type="dxa" w:w="5328"/>
            <w:vAlign w:val="center"/>
          </w:tcPr>
          <w:p>
            <w:r/>
            <w:r>
              <w:rPr>
                <w:b w:val="0"/>
                <w:sz w:val="17"/>
              </w:rPr>
              <w:t>____________________________________________________________</w:t>
            </w:r>
          </w:p>
        </w:tc>
      </w:tr>
      <w:tr>
        <w:tc>
          <w:tcPr>
            <w:tcW w:type="dxa" w:w="5328"/>
            <w:vAlign w:val="center"/>
            <w:shd w:fill="EAF4F5"/>
          </w:tcPr>
          <w:p>
            <w:r/>
            <w:r>
              <w:rPr>
                <w:b/>
                <w:color w:val="17365D"/>
                <w:sz w:val="17"/>
              </w:rPr>
              <w:t>Date of birth</w:t>
            </w:r>
          </w:p>
        </w:tc>
        <w:tc>
          <w:tcPr>
            <w:tcW w:type="dxa" w:w="5328"/>
            <w:vAlign w:val="center"/>
          </w:tcPr>
          <w:p>
            <w:r/>
            <w:r>
              <w:rPr>
                <w:b w:val="0"/>
                <w:sz w:val="17"/>
              </w:rPr>
              <w:t>____________________________________________________________</w:t>
            </w:r>
          </w:p>
        </w:tc>
      </w:tr>
      <w:tr>
        <w:tc>
          <w:tcPr>
            <w:tcW w:type="dxa" w:w="5328"/>
            <w:vAlign w:val="center"/>
            <w:shd w:fill="EAF4F5"/>
          </w:tcPr>
          <w:p>
            <w:r/>
            <w:r>
              <w:rPr>
                <w:b/>
                <w:color w:val="17365D"/>
                <w:sz w:val="17"/>
              </w:rPr>
              <w:t>Marital / civil status (optional)</w:t>
            </w:r>
          </w:p>
        </w:tc>
        <w:tc>
          <w:tcPr>
            <w:tcW w:type="dxa" w:w="5328"/>
            <w:vAlign w:val="center"/>
          </w:tcPr>
          <w:p>
            <w:r/>
            <w:r>
              <w:rPr>
                <w:b w:val="0"/>
                <w:sz w:val="17"/>
              </w:rPr>
              <w:t>____________________________________________________________</w:t>
            </w:r>
          </w:p>
        </w:tc>
      </w:tr>
      <w:tr>
        <w:tc>
          <w:tcPr>
            <w:tcW w:type="dxa" w:w="5328"/>
            <w:vAlign w:val="center"/>
            <w:shd w:fill="EAF4F5"/>
          </w:tcPr>
          <w:p>
            <w:r/>
            <w:r>
              <w:rPr>
                <w:b/>
                <w:color w:val="17365D"/>
                <w:sz w:val="17"/>
              </w:rPr>
              <w:t>Nationality (optional)</w:t>
            </w:r>
          </w:p>
        </w:tc>
        <w:tc>
          <w:tcPr>
            <w:tcW w:type="dxa" w:w="5328"/>
            <w:vAlign w:val="center"/>
          </w:tcPr>
          <w:p>
            <w:r/>
            <w:r>
              <w:rPr>
                <w:b w:val="0"/>
                <w:sz w:val="17"/>
              </w:rPr>
              <w:t>____________________________________________________________</w:t>
            </w:r>
          </w:p>
        </w:tc>
      </w:tr>
      <w:tr>
        <w:tc>
          <w:tcPr>
            <w:tcW w:type="dxa" w:w="5328"/>
            <w:vAlign w:val="center"/>
            <w:shd w:fill="EAF4F5"/>
          </w:tcPr>
          <w:p>
            <w:r/>
            <w:r>
              <w:rPr>
                <w:b/>
                <w:color w:val="17365D"/>
                <w:sz w:val="17"/>
              </w:rPr>
              <w:t>Current address</w:t>
            </w:r>
          </w:p>
        </w:tc>
        <w:tc>
          <w:tcPr>
            <w:tcW w:type="dxa" w:w="5328"/>
            <w:vAlign w:val="center"/>
          </w:tcPr>
          <w:p>
            <w:r/>
            <w:r>
              <w:rPr>
                <w:b w:val="0"/>
                <w:sz w:val="17"/>
              </w:rPr>
              <w:t>____________________________________________________________</w:t>
            </w:r>
          </w:p>
        </w:tc>
      </w:tr>
      <w:tr>
        <w:tc>
          <w:tcPr>
            <w:tcW w:type="dxa" w:w="5328"/>
            <w:vAlign w:val="center"/>
            <w:shd w:fill="EAF4F5"/>
          </w:tcPr>
          <w:p>
            <w:r/>
            <w:r>
              <w:rPr>
                <w:b/>
                <w:color w:val="17365D"/>
                <w:sz w:val="17"/>
              </w:rPr>
              <w:t>Date moved to current address</w:t>
            </w:r>
          </w:p>
        </w:tc>
        <w:tc>
          <w:tcPr>
            <w:tcW w:type="dxa" w:w="5328"/>
            <w:vAlign w:val="center"/>
          </w:tcPr>
          <w:p>
            <w:r/>
            <w:r>
              <w:rPr>
                <w:b w:val="0"/>
                <w:sz w:val="17"/>
              </w:rPr>
              <w:t>____________________________________________________________</w:t>
            </w:r>
          </w:p>
        </w:tc>
      </w:tr>
      <w:tr>
        <w:tc>
          <w:tcPr>
            <w:tcW w:type="dxa" w:w="5328"/>
            <w:vAlign w:val="center"/>
            <w:shd w:fill="EAF4F5"/>
          </w:tcPr>
          <w:p>
            <w:r/>
            <w:r>
              <w:rPr>
                <w:b/>
                <w:color w:val="17365D"/>
                <w:sz w:val="17"/>
              </w:rPr>
              <w:t>Current landlord / agent name</w:t>
            </w:r>
          </w:p>
        </w:tc>
        <w:tc>
          <w:tcPr>
            <w:tcW w:type="dxa" w:w="5328"/>
            <w:vAlign w:val="center"/>
          </w:tcPr>
          <w:p>
            <w:r/>
            <w:r>
              <w:rPr>
                <w:b w:val="0"/>
                <w:sz w:val="17"/>
              </w:rPr>
              <w:t>____________________________________________________________</w:t>
            </w:r>
          </w:p>
        </w:tc>
      </w:tr>
      <w:tr>
        <w:tc>
          <w:tcPr>
            <w:tcW w:type="dxa" w:w="5328"/>
            <w:vAlign w:val="center"/>
            <w:shd w:fill="EAF4F5"/>
          </w:tcPr>
          <w:p>
            <w:r/>
            <w:r>
              <w:rPr>
                <w:b/>
                <w:color w:val="17365D"/>
                <w:sz w:val="17"/>
              </w:rPr>
              <w:t>Current landlord / agent contact details</w:t>
            </w:r>
          </w:p>
        </w:tc>
        <w:tc>
          <w:tcPr>
            <w:tcW w:type="dxa" w:w="5328"/>
            <w:vAlign w:val="center"/>
          </w:tcPr>
          <w:p>
            <w:r/>
            <w:r>
              <w:rPr>
                <w:b w:val="0"/>
                <w:sz w:val="17"/>
              </w:rPr>
              <w:t>____________________________________________________________</w:t>
            </w:r>
          </w:p>
        </w:tc>
      </w:tr>
      <w:tr>
        <w:tc>
          <w:tcPr>
            <w:tcW w:type="dxa" w:w="5328"/>
            <w:vAlign w:val="center"/>
            <w:shd w:fill="EAF4F5"/>
          </w:tcPr>
          <w:p>
            <w:r/>
            <w:r>
              <w:rPr>
                <w:b/>
                <w:color w:val="17365D"/>
                <w:sz w:val="17"/>
              </w:rPr>
              <w:t>Current monthly rent</w:t>
            </w:r>
          </w:p>
        </w:tc>
        <w:tc>
          <w:tcPr>
            <w:tcW w:type="dxa" w:w="5328"/>
            <w:vAlign w:val="center"/>
          </w:tcPr>
          <w:p>
            <w:r/>
            <w:r>
              <w:rPr>
                <w:b w:val="0"/>
                <w:sz w:val="17"/>
              </w:rPr>
              <w:t>____________________________________________________________</w:t>
            </w:r>
          </w:p>
        </w:tc>
      </w:tr>
    </w:tbl>
    <w:p>
      <w:pPr>
        <w:spacing w:before="160"/>
      </w:pPr>
      <w:r>
        <w:rPr>
          <w:b/>
          <w:color w:val="008C95"/>
          <w:sz w:val="20"/>
        </w:rPr>
        <w:t>TENANT CONTACT &amp; HOUSEHOLD</w:t>
      </w:r>
    </w:p>
    <w:tbl>
      <w:tblPr>
        <w:tblW w:type="auto" w:w="0"/>
        <w:jc w:val="center"/>
        <w:tblLook w:firstColumn="1" w:firstRow="1" w:lastColumn="0" w:lastRow="0" w:noHBand="0" w:noVBand="1" w:val="04A0"/>
      </w:tblPr>
      <w:tblGrid>
        <w:gridCol w:w="5328"/>
        <w:gridCol w:w="5328"/>
      </w:tblGrid>
      <w:tr>
        <w:tc>
          <w:tcPr>
            <w:tcW w:type="dxa" w:w="5328"/>
            <w:vAlign w:val="center"/>
            <w:shd w:fill="EAF4F5"/>
          </w:tcPr>
          <w:p>
            <w:r/>
            <w:r>
              <w:rPr>
                <w:b/>
                <w:color w:val="17365D"/>
                <w:sz w:val="17"/>
              </w:rPr>
              <w:t>Email address</w:t>
            </w:r>
          </w:p>
        </w:tc>
        <w:tc>
          <w:tcPr>
            <w:tcW w:type="dxa" w:w="5328"/>
            <w:vAlign w:val="center"/>
          </w:tcPr>
          <w:p>
            <w:r/>
            <w:r>
              <w:rPr>
                <w:b w:val="0"/>
                <w:sz w:val="17"/>
              </w:rPr>
              <w:t>____________________________________________________________</w:t>
            </w:r>
          </w:p>
        </w:tc>
      </w:tr>
      <w:tr>
        <w:tc>
          <w:tcPr>
            <w:tcW w:type="dxa" w:w="5328"/>
            <w:vAlign w:val="center"/>
            <w:shd w:fill="EAF4F5"/>
          </w:tcPr>
          <w:p>
            <w:r/>
            <w:r>
              <w:rPr>
                <w:b/>
                <w:color w:val="17365D"/>
                <w:sz w:val="17"/>
              </w:rPr>
              <w:t>Mobile telephone</w:t>
            </w:r>
          </w:p>
        </w:tc>
        <w:tc>
          <w:tcPr>
            <w:tcW w:type="dxa" w:w="5328"/>
            <w:vAlign w:val="center"/>
          </w:tcPr>
          <w:p>
            <w:r/>
            <w:r>
              <w:rPr>
                <w:b w:val="0"/>
                <w:sz w:val="17"/>
              </w:rPr>
              <w:t>____________________________________________________________</w:t>
            </w:r>
          </w:p>
        </w:tc>
      </w:tr>
      <w:tr>
        <w:tc>
          <w:tcPr>
            <w:tcW w:type="dxa" w:w="5328"/>
            <w:vAlign w:val="center"/>
            <w:shd w:fill="EAF4F5"/>
          </w:tcPr>
          <w:p>
            <w:r/>
            <w:r>
              <w:rPr>
                <w:b/>
                <w:color w:val="17365D"/>
                <w:sz w:val="17"/>
              </w:rPr>
              <w:t>Other telephone</w:t>
            </w:r>
          </w:p>
        </w:tc>
        <w:tc>
          <w:tcPr>
            <w:tcW w:type="dxa" w:w="5328"/>
            <w:vAlign w:val="center"/>
          </w:tcPr>
          <w:p>
            <w:r/>
            <w:r>
              <w:rPr>
                <w:b w:val="0"/>
                <w:sz w:val="17"/>
              </w:rPr>
              <w:t>____________________________________________________________</w:t>
            </w:r>
          </w:p>
        </w:tc>
      </w:tr>
      <w:tr>
        <w:tc>
          <w:tcPr>
            <w:tcW w:type="dxa" w:w="5328"/>
            <w:vAlign w:val="center"/>
            <w:shd w:fill="EAF4F5"/>
          </w:tcPr>
          <w:p>
            <w:r/>
            <w:r>
              <w:rPr>
                <w:b/>
                <w:color w:val="17365D"/>
                <w:sz w:val="17"/>
              </w:rPr>
              <w:t>Number of adult occupiers (18+)</w:t>
            </w:r>
          </w:p>
        </w:tc>
        <w:tc>
          <w:tcPr>
            <w:tcW w:type="dxa" w:w="5328"/>
            <w:vAlign w:val="center"/>
          </w:tcPr>
          <w:p>
            <w:r/>
            <w:r>
              <w:rPr>
                <w:b w:val="0"/>
                <w:sz w:val="17"/>
              </w:rPr>
              <w:t>____________________________________________________________</w:t>
            </w:r>
          </w:p>
        </w:tc>
      </w:tr>
      <w:tr>
        <w:tc>
          <w:tcPr>
            <w:tcW w:type="dxa" w:w="5328"/>
            <w:vAlign w:val="center"/>
            <w:shd w:fill="EAF4F5"/>
          </w:tcPr>
          <w:p>
            <w:r/>
            <w:r>
              <w:rPr>
                <w:b/>
                <w:color w:val="17365D"/>
                <w:sz w:val="17"/>
              </w:rPr>
              <w:t>Number of children / dependants</w:t>
            </w:r>
          </w:p>
        </w:tc>
        <w:tc>
          <w:tcPr>
            <w:tcW w:type="dxa" w:w="5328"/>
            <w:vAlign w:val="center"/>
          </w:tcPr>
          <w:p>
            <w:r/>
            <w:r>
              <w:rPr>
                <w:b w:val="0"/>
                <w:sz w:val="17"/>
              </w:rPr>
              <w:t>____________________________________________________________</w:t>
            </w:r>
          </w:p>
        </w:tc>
      </w:tr>
      <w:tr>
        <w:tc>
          <w:tcPr>
            <w:tcW w:type="dxa" w:w="5328"/>
            <w:vAlign w:val="center"/>
            <w:shd w:fill="EAF4F5"/>
          </w:tcPr>
          <w:p>
            <w:r/>
            <w:r>
              <w:rPr>
                <w:b/>
                <w:color w:val="17365D"/>
                <w:sz w:val="17"/>
              </w:rPr>
              <w:t>Names of other proposed occupiers</w:t>
            </w:r>
          </w:p>
        </w:tc>
        <w:tc>
          <w:tcPr>
            <w:tcW w:type="dxa" w:w="5328"/>
            <w:vAlign w:val="center"/>
          </w:tcPr>
          <w:p>
            <w:r/>
            <w:r>
              <w:rPr>
                <w:b w:val="0"/>
                <w:sz w:val="17"/>
              </w:rPr>
              <w:t>____________________________________________________________</w:t>
            </w:r>
          </w:p>
        </w:tc>
      </w:tr>
      <w:tr>
        <w:tc>
          <w:tcPr>
            <w:tcW w:type="dxa" w:w="5328"/>
            <w:vAlign w:val="center"/>
            <w:shd w:fill="EAF4F5"/>
          </w:tcPr>
          <w:p>
            <w:r/>
            <w:r>
              <w:rPr>
                <w:b/>
                <w:color w:val="17365D"/>
                <w:sz w:val="17"/>
              </w:rPr>
              <w:t>Pets / animals (if any)</w:t>
            </w:r>
          </w:p>
        </w:tc>
        <w:tc>
          <w:tcPr>
            <w:tcW w:type="dxa" w:w="5328"/>
            <w:vAlign w:val="center"/>
          </w:tcPr>
          <w:p>
            <w:r/>
            <w:r>
              <w:rPr>
                <w:b w:val="0"/>
                <w:sz w:val="17"/>
              </w:rPr>
              <w:t>____________________________________________________________</w:t>
            </w:r>
          </w:p>
        </w:tc>
      </w:tr>
      <w:tr>
        <w:tc>
          <w:tcPr>
            <w:tcW w:type="dxa" w:w="5328"/>
            <w:vAlign w:val="center"/>
            <w:shd w:fill="EAF4F5"/>
          </w:tcPr>
          <w:p>
            <w:r/>
            <w:r>
              <w:rPr>
                <w:b/>
                <w:color w:val="17365D"/>
                <w:sz w:val="17"/>
              </w:rPr>
              <w:t>Smoking / vaping status</w:t>
            </w:r>
          </w:p>
        </w:tc>
        <w:tc>
          <w:tcPr>
            <w:tcW w:type="dxa" w:w="5328"/>
            <w:vAlign w:val="center"/>
          </w:tcPr>
          <w:p>
            <w:r/>
            <w:r>
              <w:rPr>
                <w:b w:val="0"/>
                <w:sz w:val="17"/>
              </w:rPr>
              <w:t>____________________________________________________________</w:t>
            </w:r>
          </w:p>
        </w:tc>
      </w:tr>
    </w:tbl>
    <w:p>
      <w:pPr>
        <w:spacing w:before="160"/>
      </w:pPr>
      <w:r>
        <w:rPr>
          <w:b/>
          <w:color w:val="008C95"/>
          <w:sz w:val="20"/>
        </w:rPr>
        <w:t>TENANT RIGHT TO RENT – ENGLAND</w:t>
      </w:r>
    </w:p>
    <w:tbl>
      <w:tblPr>
        <w:tblW w:type="auto" w:w="0"/>
        <w:jc w:val="center"/>
        <w:tblLook w:firstColumn="1" w:firstRow="1" w:lastColumn="0" w:lastRow="0" w:noHBand="0" w:noVBand="1" w:val="04A0"/>
      </w:tblPr>
      <w:tblGrid>
        <w:gridCol w:w="5328"/>
        <w:gridCol w:w="5328"/>
      </w:tblGrid>
      <w:tr>
        <w:tc>
          <w:tcPr>
            <w:tcW w:type="dxa" w:w="5328"/>
            <w:vAlign w:val="center"/>
            <w:shd w:fill="EAF4F5"/>
          </w:tcPr>
          <w:p>
            <w:r/>
            <w:r>
              <w:rPr>
                <w:b/>
                <w:color w:val="17365D"/>
                <w:sz w:val="17"/>
              </w:rPr>
              <w:t>Right to Rent status / evidence type</w:t>
            </w:r>
          </w:p>
        </w:tc>
        <w:tc>
          <w:tcPr>
            <w:tcW w:type="dxa" w:w="5328"/>
            <w:vAlign w:val="center"/>
          </w:tcPr>
          <w:p>
            <w:r/>
            <w:r>
              <w:rPr>
                <w:b w:val="0"/>
                <w:sz w:val="17"/>
              </w:rPr>
              <w:t>____________________________________________________________</w:t>
            </w:r>
          </w:p>
        </w:tc>
      </w:tr>
      <w:tr>
        <w:tc>
          <w:tcPr>
            <w:tcW w:type="dxa" w:w="5328"/>
            <w:vAlign w:val="center"/>
            <w:shd w:fill="EAF4F5"/>
          </w:tcPr>
          <w:p>
            <w:r/>
            <w:r>
              <w:rPr>
                <w:b/>
                <w:color w:val="17365D"/>
                <w:sz w:val="17"/>
              </w:rPr>
              <w:t>Share code (if applicable)</w:t>
            </w:r>
          </w:p>
        </w:tc>
        <w:tc>
          <w:tcPr>
            <w:tcW w:type="dxa" w:w="5328"/>
            <w:vAlign w:val="center"/>
          </w:tcPr>
          <w:p>
            <w:r/>
            <w:r>
              <w:rPr>
                <w:b w:val="0"/>
                <w:sz w:val="17"/>
              </w:rPr>
              <w:t>____________________________________________________________</w:t>
            </w:r>
          </w:p>
        </w:tc>
      </w:tr>
      <w:tr>
        <w:tc>
          <w:tcPr>
            <w:tcW w:type="dxa" w:w="5328"/>
            <w:vAlign w:val="center"/>
            <w:shd w:fill="EAF4F5"/>
          </w:tcPr>
          <w:p>
            <w:r/>
            <w:r>
              <w:rPr>
                <w:b/>
                <w:color w:val="17365D"/>
                <w:sz w:val="17"/>
              </w:rPr>
              <w:t>Date checked / verified (office use)</w:t>
            </w:r>
          </w:p>
        </w:tc>
        <w:tc>
          <w:tcPr>
            <w:tcW w:type="dxa" w:w="5328"/>
            <w:vAlign w:val="center"/>
          </w:tcPr>
          <w:p>
            <w:r/>
            <w:r>
              <w:rPr>
                <w:b w:val="0"/>
                <w:sz w:val="17"/>
              </w:rPr>
              <w:t>____________________________________________________________</w:t>
            </w:r>
          </w:p>
        </w:tc>
      </w:tr>
      <w:tr>
        <w:tc>
          <w:tcPr>
            <w:tcW w:type="dxa" w:w="5328"/>
            <w:vAlign w:val="center"/>
            <w:shd w:fill="EAF4F5"/>
          </w:tcPr>
          <w:p>
            <w:r/>
            <w:r>
              <w:rPr>
                <w:b/>
                <w:color w:val="17365D"/>
                <w:sz w:val="17"/>
              </w:rPr>
              <w:t>Follow-up check date (if applicable)</w:t>
            </w:r>
          </w:p>
        </w:tc>
        <w:tc>
          <w:tcPr>
            <w:tcW w:type="dxa" w:w="5328"/>
            <w:vAlign w:val="center"/>
          </w:tcPr>
          <w:p>
            <w:r/>
            <w:r>
              <w:rPr>
                <w:b w:val="0"/>
                <w:sz w:val="17"/>
              </w:rPr>
              <w:t>____________________________________________________________</w:t>
            </w:r>
          </w:p>
        </w:tc>
      </w:tr>
    </w:tbl>
    <w:p>
      <w:r>
        <w:rPr>
          <w:sz w:val="15"/>
        </w:rPr>
        <w:t>All adult occupiers who will use the property as their only or main home may require a Right to Rent check in England. British and Irish citizens generally evidence their right to rent through eligible documents rather than a share code. Checks must be handled consistently and without unlawful discrimination. citeturn0search6turn0search5</w:t>
      </w:r>
    </w:p>
    <w:p>
      <w:pPr>
        <w:spacing w:before="160"/>
      </w:pPr>
      <w:r>
        <w:rPr>
          <w:b/>
          <w:color w:val="008C95"/>
          <w:sz w:val="20"/>
        </w:rPr>
        <w:t>TENANT EMPLOYMENT &amp; INCOME</w:t>
      </w:r>
    </w:p>
    <w:tbl>
      <w:tblPr>
        <w:tblW w:type="auto" w:w="0"/>
        <w:jc w:val="center"/>
        <w:tblLook w:firstColumn="1" w:firstRow="1" w:lastColumn="0" w:lastRow="0" w:noHBand="0" w:noVBand="1" w:val="04A0"/>
      </w:tblPr>
      <w:tblGrid>
        <w:gridCol w:w="5328"/>
        <w:gridCol w:w="5328"/>
      </w:tblGrid>
      <w:tr>
        <w:tc>
          <w:tcPr>
            <w:tcW w:type="dxa" w:w="5328"/>
            <w:vAlign w:val="center"/>
            <w:shd w:fill="EAF4F5"/>
          </w:tcPr>
          <w:p>
            <w:r/>
            <w:r>
              <w:rPr>
                <w:b/>
                <w:color w:val="17365D"/>
                <w:sz w:val="17"/>
              </w:rPr>
              <w:t>Employment status</w:t>
            </w:r>
          </w:p>
        </w:tc>
        <w:tc>
          <w:tcPr>
            <w:tcW w:type="dxa" w:w="5328"/>
            <w:vAlign w:val="center"/>
          </w:tcPr>
          <w:p>
            <w:r/>
            <w:r>
              <w:rPr>
                <w:b w:val="0"/>
                <w:sz w:val="17"/>
              </w:rPr>
              <w:t>____________________________________________________________</w:t>
            </w:r>
          </w:p>
        </w:tc>
      </w:tr>
      <w:tr>
        <w:tc>
          <w:tcPr>
            <w:tcW w:type="dxa" w:w="5328"/>
            <w:vAlign w:val="center"/>
            <w:shd w:fill="EAF4F5"/>
          </w:tcPr>
          <w:p>
            <w:r/>
            <w:r>
              <w:rPr>
                <w:b/>
                <w:color w:val="17365D"/>
                <w:sz w:val="17"/>
              </w:rPr>
              <w:t>Employer / business name</w:t>
            </w:r>
          </w:p>
        </w:tc>
        <w:tc>
          <w:tcPr>
            <w:tcW w:type="dxa" w:w="5328"/>
            <w:vAlign w:val="center"/>
          </w:tcPr>
          <w:p>
            <w:r/>
            <w:r>
              <w:rPr>
                <w:b w:val="0"/>
                <w:sz w:val="17"/>
              </w:rPr>
              <w:t>____________________________________________________________</w:t>
            </w:r>
          </w:p>
        </w:tc>
      </w:tr>
      <w:tr>
        <w:tc>
          <w:tcPr>
            <w:tcW w:type="dxa" w:w="5328"/>
            <w:vAlign w:val="center"/>
            <w:shd w:fill="EAF4F5"/>
          </w:tcPr>
          <w:p>
            <w:r/>
            <w:r>
              <w:rPr>
                <w:b/>
                <w:color w:val="17365D"/>
                <w:sz w:val="17"/>
              </w:rPr>
              <w:t>Job title / occupation</w:t>
            </w:r>
          </w:p>
        </w:tc>
        <w:tc>
          <w:tcPr>
            <w:tcW w:type="dxa" w:w="5328"/>
            <w:vAlign w:val="center"/>
          </w:tcPr>
          <w:p>
            <w:r/>
            <w:r>
              <w:rPr>
                <w:b w:val="0"/>
                <w:sz w:val="17"/>
              </w:rPr>
              <w:t>____________________________________________________________</w:t>
            </w:r>
          </w:p>
        </w:tc>
      </w:tr>
      <w:tr>
        <w:tc>
          <w:tcPr>
            <w:tcW w:type="dxa" w:w="5328"/>
            <w:vAlign w:val="center"/>
            <w:shd w:fill="EAF4F5"/>
          </w:tcPr>
          <w:p>
            <w:r/>
            <w:r>
              <w:rPr>
                <w:b/>
                <w:color w:val="17365D"/>
                <w:sz w:val="17"/>
              </w:rPr>
              <w:t>Employer address</w:t>
            </w:r>
          </w:p>
        </w:tc>
        <w:tc>
          <w:tcPr>
            <w:tcW w:type="dxa" w:w="5328"/>
            <w:vAlign w:val="center"/>
          </w:tcPr>
          <w:p>
            <w:r/>
            <w:r>
              <w:rPr>
                <w:b w:val="0"/>
                <w:sz w:val="17"/>
              </w:rPr>
              <w:t>____________________________________________________________</w:t>
            </w:r>
          </w:p>
        </w:tc>
      </w:tr>
      <w:tr>
        <w:tc>
          <w:tcPr>
            <w:tcW w:type="dxa" w:w="5328"/>
            <w:vAlign w:val="center"/>
            <w:shd w:fill="EAF4F5"/>
          </w:tcPr>
          <w:p>
            <w:r/>
            <w:r>
              <w:rPr>
                <w:b/>
                <w:color w:val="17365D"/>
                <w:sz w:val="17"/>
              </w:rPr>
              <w:t>Employment start date</w:t>
            </w:r>
          </w:p>
        </w:tc>
        <w:tc>
          <w:tcPr>
            <w:tcW w:type="dxa" w:w="5328"/>
            <w:vAlign w:val="center"/>
          </w:tcPr>
          <w:p>
            <w:r/>
            <w:r>
              <w:rPr>
                <w:b w:val="0"/>
                <w:sz w:val="17"/>
              </w:rPr>
              <w:t>____________________________________________________________</w:t>
            </w:r>
          </w:p>
        </w:tc>
      </w:tr>
      <w:tr>
        <w:tc>
          <w:tcPr>
            <w:tcW w:type="dxa" w:w="5328"/>
            <w:vAlign w:val="center"/>
            <w:shd w:fill="EAF4F5"/>
          </w:tcPr>
          <w:p>
            <w:r/>
            <w:r>
              <w:rPr>
                <w:b/>
                <w:color w:val="17365D"/>
                <w:sz w:val="17"/>
              </w:rPr>
              <w:t>Gross annual income</w:t>
            </w:r>
          </w:p>
        </w:tc>
        <w:tc>
          <w:tcPr>
            <w:tcW w:type="dxa" w:w="5328"/>
            <w:vAlign w:val="center"/>
          </w:tcPr>
          <w:p>
            <w:r/>
            <w:r>
              <w:rPr>
                <w:b w:val="0"/>
                <w:sz w:val="17"/>
              </w:rPr>
              <w:t>____________________________________________________________</w:t>
            </w:r>
          </w:p>
        </w:tc>
      </w:tr>
      <w:tr>
        <w:tc>
          <w:tcPr>
            <w:tcW w:type="dxa" w:w="5328"/>
            <w:vAlign w:val="center"/>
            <w:shd w:fill="EAF4F5"/>
          </w:tcPr>
          <w:p>
            <w:r/>
            <w:r>
              <w:rPr>
                <w:b/>
                <w:color w:val="17365D"/>
                <w:sz w:val="17"/>
              </w:rPr>
              <w:t>Net monthly income</w:t>
            </w:r>
          </w:p>
        </w:tc>
        <w:tc>
          <w:tcPr>
            <w:tcW w:type="dxa" w:w="5328"/>
            <w:vAlign w:val="center"/>
          </w:tcPr>
          <w:p>
            <w:r/>
            <w:r>
              <w:rPr>
                <w:b w:val="0"/>
                <w:sz w:val="17"/>
              </w:rPr>
              <w:t>____________________________________________________________</w:t>
            </w:r>
          </w:p>
        </w:tc>
      </w:tr>
      <w:tr>
        <w:tc>
          <w:tcPr>
            <w:tcW w:type="dxa" w:w="5328"/>
            <w:vAlign w:val="center"/>
            <w:shd w:fill="EAF4F5"/>
          </w:tcPr>
          <w:p>
            <w:r/>
            <w:r>
              <w:rPr>
                <w:b/>
                <w:color w:val="17365D"/>
                <w:sz w:val="17"/>
              </w:rPr>
              <w:t>Employer / HR contact details</w:t>
            </w:r>
          </w:p>
        </w:tc>
        <w:tc>
          <w:tcPr>
            <w:tcW w:type="dxa" w:w="5328"/>
            <w:vAlign w:val="center"/>
          </w:tcPr>
          <w:p>
            <w:r/>
            <w:r>
              <w:rPr>
                <w:b w:val="0"/>
                <w:sz w:val="17"/>
              </w:rPr>
              <w:t>____________________________________________________________</w:t>
            </w:r>
          </w:p>
        </w:tc>
      </w:tr>
      <w:tr>
        <w:tc>
          <w:tcPr>
            <w:tcW w:type="dxa" w:w="5328"/>
            <w:vAlign w:val="center"/>
            <w:shd w:fill="EAF4F5"/>
          </w:tcPr>
          <w:p>
            <w:r/>
            <w:r>
              <w:rPr>
                <w:b/>
                <w:color w:val="17365D"/>
                <w:sz w:val="17"/>
              </w:rPr>
              <w:t>Other regular income</w:t>
            </w:r>
          </w:p>
        </w:tc>
        <w:tc>
          <w:tcPr>
            <w:tcW w:type="dxa" w:w="5328"/>
            <w:vAlign w:val="center"/>
          </w:tcPr>
          <w:p>
            <w:r/>
            <w:r>
              <w:rPr>
                <w:b w:val="0"/>
                <w:sz w:val="17"/>
              </w:rPr>
              <w:t>____________________________________________________________</w:t>
            </w:r>
          </w:p>
        </w:tc>
      </w:tr>
    </w:tbl>
    <w:p>
      <w:pPr>
        <w:spacing w:before="160"/>
      </w:pPr>
      <w:r>
        <w:rPr>
          <w:b/>
          <w:color w:val="008C95"/>
          <w:sz w:val="20"/>
        </w:rPr>
        <w:t>TENANT AFFORDABILITY &amp; SUPPORTING DOCUMENTS</w:t>
      </w:r>
    </w:p>
    <w:tbl>
      <w:tblPr>
        <w:tblW w:type="auto" w:w="0"/>
        <w:jc w:val="center"/>
        <w:tblLook w:firstColumn="1" w:firstRow="1" w:lastColumn="0" w:lastRow="0" w:noHBand="0" w:noVBand="1" w:val="04A0"/>
      </w:tblPr>
      <w:tblGrid>
        <w:gridCol w:w="5328"/>
        <w:gridCol w:w="5328"/>
      </w:tblGrid>
      <w:tr>
        <w:tc>
          <w:tcPr>
            <w:tcW w:type="dxa" w:w="5328"/>
            <w:vAlign w:val="center"/>
            <w:shd w:fill="EAF4F5"/>
          </w:tcPr>
          <w:p>
            <w:r/>
            <w:r>
              <w:rPr>
                <w:b/>
                <w:color w:val="17365D"/>
                <w:sz w:val="17"/>
              </w:rPr>
              <w:t>Proposed rent (£ pcm)</w:t>
            </w:r>
          </w:p>
        </w:tc>
        <w:tc>
          <w:tcPr>
            <w:tcW w:type="dxa" w:w="5328"/>
            <w:vAlign w:val="center"/>
          </w:tcPr>
          <w:p>
            <w:r/>
            <w:r>
              <w:rPr>
                <w:b w:val="0"/>
                <w:sz w:val="17"/>
              </w:rPr>
              <w:t>____________________________________________________________</w:t>
            </w:r>
          </w:p>
        </w:tc>
      </w:tr>
      <w:tr>
        <w:tc>
          <w:tcPr>
            <w:tcW w:type="dxa" w:w="5328"/>
            <w:vAlign w:val="center"/>
            <w:shd w:fill="EAF4F5"/>
          </w:tcPr>
          <w:p>
            <w:r/>
            <w:r>
              <w:rPr>
                <w:b/>
                <w:color w:val="17365D"/>
                <w:sz w:val="17"/>
              </w:rPr>
              <w:t>Deposit source / amount</w:t>
            </w:r>
          </w:p>
        </w:tc>
        <w:tc>
          <w:tcPr>
            <w:tcW w:type="dxa" w:w="5328"/>
            <w:vAlign w:val="center"/>
          </w:tcPr>
          <w:p>
            <w:r/>
            <w:r>
              <w:rPr>
                <w:b w:val="0"/>
                <w:sz w:val="17"/>
              </w:rPr>
              <w:t>____________________________________________________________</w:t>
            </w:r>
          </w:p>
        </w:tc>
      </w:tr>
      <w:tr>
        <w:tc>
          <w:tcPr>
            <w:tcW w:type="dxa" w:w="5328"/>
            <w:vAlign w:val="center"/>
            <w:shd w:fill="EAF4F5"/>
          </w:tcPr>
          <w:p>
            <w:r/>
            <w:r>
              <w:rPr>
                <w:b/>
                <w:color w:val="17365D"/>
                <w:sz w:val="17"/>
              </w:rPr>
              <w:t>Rent payment source</w:t>
            </w:r>
          </w:p>
        </w:tc>
        <w:tc>
          <w:tcPr>
            <w:tcW w:type="dxa" w:w="5328"/>
            <w:vAlign w:val="center"/>
          </w:tcPr>
          <w:p>
            <w:r/>
            <w:r>
              <w:rPr>
                <w:b w:val="0"/>
                <w:sz w:val="17"/>
              </w:rPr>
              <w:t>____________________________________________________________</w:t>
            </w:r>
          </w:p>
        </w:tc>
      </w:tr>
      <w:tr>
        <w:tc>
          <w:tcPr>
            <w:tcW w:type="dxa" w:w="5328"/>
            <w:vAlign w:val="center"/>
            <w:shd w:fill="EAF4F5"/>
          </w:tcPr>
          <w:p>
            <w:r/>
            <w:r>
              <w:rPr>
                <w:b/>
                <w:color w:val="17365D"/>
                <w:sz w:val="17"/>
              </w:rPr>
              <w:t>Mortgage / loan / credit commitments</w:t>
            </w:r>
          </w:p>
        </w:tc>
        <w:tc>
          <w:tcPr>
            <w:tcW w:type="dxa" w:w="5328"/>
            <w:vAlign w:val="center"/>
          </w:tcPr>
          <w:p>
            <w:r/>
            <w:r>
              <w:rPr>
                <w:b w:val="0"/>
                <w:sz w:val="17"/>
              </w:rPr>
              <w:t>____________________________________________________________</w:t>
            </w:r>
          </w:p>
        </w:tc>
      </w:tr>
      <w:tr>
        <w:tc>
          <w:tcPr>
            <w:tcW w:type="dxa" w:w="5328"/>
            <w:vAlign w:val="center"/>
            <w:shd w:fill="EAF4F5"/>
          </w:tcPr>
          <w:p>
            <w:r/>
            <w:r>
              <w:rPr>
                <w:b/>
                <w:color w:val="17365D"/>
                <w:sz w:val="17"/>
              </w:rPr>
              <w:t>Other financial commitments</w:t>
            </w:r>
          </w:p>
        </w:tc>
        <w:tc>
          <w:tcPr>
            <w:tcW w:type="dxa" w:w="5328"/>
            <w:vAlign w:val="center"/>
          </w:tcPr>
          <w:p>
            <w:r/>
            <w:r>
              <w:rPr>
                <w:b w:val="0"/>
                <w:sz w:val="17"/>
              </w:rPr>
              <w:t>____________________________________________________________</w:t>
            </w:r>
          </w:p>
        </w:tc>
      </w:tr>
    </w:tbl>
    <w:p>
      <w:r>
        <w:rPr>
          <w:sz w:val="16"/>
        </w:rPr>
        <w:t>Documents may include identity/right-to-rent evidence, proof of income, employment evidence, bank statements or other documents reasonably required for referencing. Only request and process information appropriate to the checks being carried out.</w:t>
      </w:r>
    </w:p>
    <w:p>
      <w:pPr>
        <w:spacing w:before="160"/>
      </w:pPr>
      <w:r>
        <w:rPr>
          <w:b/>
          <w:color w:val="008C95"/>
          <w:sz w:val="20"/>
        </w:rPr>
        <w:t>PART B – GUARANTOR APPLICATION</w:t>
      </w:r>
    </w:p>
    <w:tbl>
      <w:tblPr>
        <w:tblW w:type="auto" w:w="0"/>
        <w:jc w:val="center"/>
        <w:tblLook w:firstColumn="1" w:firstRow="1" w:lastColumn="0" w:lastRow="0" w:noHBand="0" w:noVBand="1" w:val="04A0"/>
      </w:tblPr>
      <w:tblGrid>
        <w:gridCol w:w="5328"/>
        <w:gridCol w:w="5328"/>
      </w:tblGrid>
      <w:tr>
        <w:tc>
          <w:tcPr>
            <w:tcW w:type="dxa" w:w="5328"/>
            <w:vAlign w:val="center"/>
            <w:shd w:fill="EAF4F5"/>
          </w:tcPr>
          <w:p>
            <w:r/>
            <w:r>
              <w:rPr>
                <w:b/>
                <w:color w:val="17365D"/>
                <w:sz w:val="17"/>
              </w:rPr>
              <w:t>Guarantor full name</w:t>
            </w:r>
          </w:p>
        </w:tc>
        <w:tc>
          <w:tcPr>
            <w:tcW w:type="dxa" w:w="5328"/>
            <w:vAlign w:val="center"/>
          </w:tcPr>
          <w:p>
            <w:r/>
            <w:r>
              <w:rPr>
                <w:b w:val="0"/>
                <w:sz w:val="17"/>
              </w:rPr>
              <w:t>____________________________________________________________</w:t>
            </w:r>
          </w:p>
        </w:tc>
      </w:tr>
      <w:tr>
        <w:tc>
          <w:tcPr>
            <w:tcW w:type="dxa" w:w="5328"/>
            <w:vAlign w:val="center"/>
            <w:shd w:fill="EAF4F5"/>
          </w:tcPr>
          <w:p>
            <w:r/>
            <w:r>
              <w:rPr>
                <w:b/>
                <w:color w:val="17365D"/>
                <w:sz w:val="17"/>
              </w:rPr>
              <w:t>Previous / other name(s), if applicable</w:t>
            </w:r>
          </w:p>
        </w:tc>
        <w:tc>
          <w:tcPr>
            <w:tcW w:type="dxa" w:w="5328"/>
            <w:vAlign w:val="center"/>
          </w:tcPr>
          <w:p>
            <w:r/>
            <w:r>
              <w:rPr>
                <w:b w:val="0"/>
                <w:sz w:val="17"/>
              </w:rPr>
              <w:t>____________________________________________________________</w:t>
            </w:r>
          </w:p>
        </w:tc>
      </w:tr>
      <w:tr>
        <w:tc>
          <w:tcPr>
            <w:tcW w:type="dxa" w:w="5328"/>
            <w:vAlign w:val="center"/>
            <w:shd w:fill="EAF4F5"/>
          </w:tcPr>
          <w:p>
            <w:r/>
            <w:r>
              <w:rPr>
                <w:b/>
                <w:color w:val="17365D"/>
                <w:sz w:val="17"/>
              </w:rPr>
              <w:t>Date of birth</w:t>
            </w:r>
          </w:p>
        </w:tc>
        <w:tc>
          <w:tcPr>
            <w:tcW w:type="dxa" w:w="5328"/>
            <w:vAlign w:val="center"/>
          </w:tcPr>
          <w:p>
            <w:r/>
            <w:r>
              <w:rPr>
                <w:b w:val="0"/>
                <w:sz w:val="17"/>
              </w:rPr>
              <w:t>____________________________________________________________</w:t>
            </w:r>
          </w:p>
        </w:tc>
      </w:tr>
      <w:tr>
        <w:tc>
          <w:tcPr>
            <w:tcW w:type="dxa" w:w="5328"/>
            <w:vAlign w:val="center"/>
            <w:shd w:fill="EAF4F5"/>
          </w:tcPr>
          <w:p>
            <w:r/>
            <w:r>
              <w:rPr>
                <w:b/>
                <w:color w:val="17365D"/>
                <w:sz w:val="17"/>
              </w:rPr>
              <w:t>Relationship to tenant</w:t>
            </w:r>
          </w:p>
        </w:tc>
        <w:tc>
          <w:tcPr>
            <w:tcW w:type="dxa" w:w="5328"/>
            <w:vAlign w:val="center"/>
          </w:tcPr>
          <w:p>
            <w:r/>
            <w:r>
              <w:rPr>
                <w:b w:val="0"/>
                <w:sz w:val="17"/>
              </w:rPr>
              <w:t>____________________________________________________________</w:t>
            </w:r>
          </w:p>
        </w:tc>
      </w:tr>
      <w:tr>
        <w:tc>
          <w:tcPr>
            <w:tcW w:type="dxa" w:w="5328"/>
            <w:vAlign w:val="center"/>
            <w:shd w:fill="EAF4F5"/>
          </w:tcPr>
          <w:p>
            <w:r/>
            <w:r>
              <w:rPr>
                <w:b/>
                <w:color w:val="17365D"/>
                <w:sz w:val="17"/>
              </w:rPr>
              <w:t>Current residential address</w:t>
            </w:r>
          </w:p>
        </w:tc>
        <w:tc>
          <w:tcPr>
            <w:tcW w:type="dxa" w:w="5328"/>
            <w:vAlign w:val="center"/>
          </w:tcPr>
          <w:p>
            <w:r/>
            <w:r>
              <w:rPr>
                <w:b w:val="0"/>
                <w:sz w:val="17"/>
              </w:rPr>
              <w:t>____________________________________________________________</w:t>
            </w:r>
          </w:p>
        </w:tc>
      </w:tr>
      <w:tr>
        <w:tc>
          <w:tcPr>
            <w:tcW w:type="dxa" w:w="5328"/>
            <w:vAlign w:val="center"/>
            <w:shd w:fill="EAF4F5"/>
          </w:tcPr>
          <w:p>
            <w:r/>
            <w:r>
              <w:rPr>
                <w:b/>
                <w:color w:val="17365D"/>
                <w:sz w:val="17"/>
              </w:rPr>
              <w:t>Date moved to current address</w:t>
            </w:r>
          </w:p>
        </w:tc>
        <w:tc>
          <w:tcPr>
            <w:tcW w:type="dxa" w:w="5328"/>
            <w:vAlign w:val="center"/>
          </w:tcPr>
          <w:p>
            <w:r/>
            <w:r>
              <w:rPr>
                <w:b w:val="0"/>
                <w:sz w:val="17"/>
              </w:rPr>
              <w:t>____________________________________________________________</w:t>
            </w:r>
          </w:p>
        </w:tc>
      </w:tr>
      <w:tr>
        <w:tc>
          <w:tcPr>
            <w:tcW w:type="dxa" w:w="5328"/>
            <w:vAlign w:val="center"/>
            <w:shd w:fill="EAF4F5"/>
          </w:tcPr>
          <w:p>
            <w:r/>
            <w:r>
              <w:rPr>
                <w:b/>
                <w:color w:val="17365D"/>
                <w:sz w:val="17"/>
              </w:rPr>
              <w:t>Email address</w:t>
            </w:r>
          </w:p>
        </w:tc>
        <w:tc>
          <w:tcPr>
            <w:tcW w:type="dxa" w:w="5328"/>
            <w:vAlign w:val="center"/>
          </w:tcPr>
          <w:p>
            <w:r/>
            <w:r>
              <w:rPr>
                <w:b w:val="0"/>
                <w:sz w:val="17"/>
              </w:rPr>
              <w:t>____________________________________________________________</w:t>
            </w:r>
          </w:p>
        </w:tc>
      </w:tr>
      <w:tr>
        <w:tc>
          <w:tcPr>
            <w:tcW w:type="dxa" w:w="5328"/>
            <w:vAlign w:val="center"/>
            <w:shd w:fill="EAF4F5"/>
          </w:tcPr>
          <w:p>
            <w:r/>
            <w:r>
              <w:rPr>
                <w:b/>
                <w:color w:val="17365D"/>
                <w:sz w:val="17"/>
              </w:rPr>
              <w:t>Mobile telephone</w:t>
            </w:r>
          </w:p>
        </w:tc>
        <w:tc>
          <w:tcPr>
            <w:tcW w:type="dxa" w:w="5328"/>
            <w:vAlign w:val="center"/>
          </w:tcPr>
          <w:p>
            <w:r/>
            <w:r>
              <w:rPr>
                <w:b w:val="0"/>
                <w:sz w:val="17"/>
              </w:rPr>
              <w:t>____________________________________________________________</w:t>
            </w:r>
          </w:p>
        </w:tc>
      </w:tr>
      <w:tr>
        <w:tc>
          <w:tcPr>
            <w:tcW w:type="dxa" w:w="5328"/>
            <w:vAlign w:val="center"/>
            <w:shd w:fill="EAF4F5"/>
          </w:tcPr>
          <w:p>
            <w:r/>
            <w:r>
              <w:rPr>
                <w:b/>
                <w:color w:val="17365D"/>
                <w:sz w:val="17"/>
              </w:rPr>
              <w:t>Other telephone</w:t>
            </w:r>
          </w:p>
        </w:tc>
        <w:tc>
          <w:tcPr>
            <w:tcW w:type="dxa" w:w="5328"/>
            <w:vAlign w:val="center"/>
          </w:tcPr>
          <w:p>
            <w:r/>
            <w:r>
              <w:rPr>
                <w:b w:val="0"/>
                <w:sz w:val="17"/>
              </w:rPr>
              <w:t>____________________________________________________________</w:t>
            </w:r>
          </w:p>
        </w:tc>
      </w:tr>
    </w:tbl>
    <w:p>
      <w:pPr>
        <w:spacing w:before="160"/>
      </w:pPr>
      <w:r>
        <w:rPr>
          <w:b/>
          <w:color w:val="008C95"/>
          <w:sz w:val="20"/>
        </w:rPr>
        <w:t>GUARANTOR EMPLOYMENT &amp; FINANCIAL INFORMATION</w:t>
      </w:r>
    </w:p>
    <w:tbl>
      <w:tblPr>
        <w:tblW w:type="auto" w:w="0"/>
        <w:jc w:val="center"/>
        <w:tblLook w:firstColumn="1" w:firstRow="1" w:lastColumn="0" w:lastRow="0" w:noHBand="0" w:noVBand="1" w:val="04A0"/>
      </w:tblPr>
      <w:tblGrid>
        <w:gridCol w:w="5328"/>
        <w:gridCol w:w="5328"/>
      </w:tblGrid>
      <w:tr>
        <w:tc>
          <w:tcPr>
            <w:tcW w:type="dxa" w:w="5328"/>
            <w:vAlign w:val="center"/>
            <w:shd w:fill="EAF4F5"/>
          </w:tcPr>
          <w:p>
            <w:r/>
            <w:r>
              <w:rPr>
                <w:b/>
                <w:color w:val="17365D"/>
                <w:sz w:val="17"/>
              </w:rPr>
              <w:t>Employment status</w:t>
            </w:r>
          </w:p>
        </w:tc>
        <w:tc>
          <w:tcPr>
            <w:tcW w:type="dxa" w:w="5328"/>
            <w:vAlign w:val="center"/>
          </w:tcPr>
          <w:p>
            <w:r/>
            <w:r>
              <w:rPr>
                <w:b w:val="0"/>
                <w:sz w:val="17"/>
              </w:rPr>
              <w:t>____________________________________________________________</w:t>
            </w:r>
          </w:p>
        </w:tc>
      </w:tr>
      <w:tr>
        <w:tc>
          <w:tcPr>
            <w:tcW w:type="dxa" w:w="5328"/>
            <w:vAlign w:val="center"/>
            <w:shd w:fill="EAF4F5"/>
          </w:tcPr>
          <w:p>
            <w:r/>
            <w:r>
              <w:rPr>
                <w:b/>
                <w:color w:val="17365D"/>
                <w:sz w:val="17"/>
              </w:rPr>
              <w:t>Employer / business name</w:t>
            </w:r>
          </w:p>
        </w:tc>
        <w:tc>
          <w:tcPr>
            <w:tcW w:type="dxa" w:w="5328"/>
            <w:vAlign w:val="center"/>
          </w:tcPr>
          <w:p>
            <w:r/>
            <w:r>
              <w:rPr>
                <w:b w:val="0"/>
                <w:sz w:val="17"/>
              </w:rPr>
              <w:t>____________________________________________________________</w:t>
            </w:r>
          </w:p>
        </w:tc>
      </w:tr>
      <w:tr>
        <w:tc>
          <w:tcPr>
            <w:tcW w:type="dxa" w:w="5328"/>
            <w:vAlign w:val="center"/>
            <w:shd w:fill="EAF4F5"/>
          </w:tcPr>
          <w:p>
            <w:r/>
            <w:r>
              <w:rPr>
                <w:b/>
                <w:color w:val="17365D"/>
                <w:sz w:val="17"/>
              </w:rPr>
              <w:t>Job title / occupation</w:t>
            </w:r>
          </w:p>
        </w:tc>
        <w:tc>
          <w:tcPr>
            <w:tcW w:type="dxa" w:w="5328"/>
            <w:vAlign w:val="center"/>
          </w:tcPr>
          <w:p>
            <w:r/>
            <w:r>
              <w:rPr>
                <w:b w:val="0"/>
                <w:sz w:val="17"/>
              </w:rPr>
              <w:t>____________________________________________________________</w:t>
            </w:r>
          </w:p>
        </w:tc>
      </w:tr>
      <w:tr>
        <w:tc>
          <w:tcPr>
            <w:tcW w:type="dxa" w:w="5328"/>
            <w:vAlign w:val="center"/>
            <w:shd w:fill="EAF4F5"/>
          </w:tcPr>
          <w:p>
            <w:r/>
            <w:r>
              <w:rPr>
                <w:b/>
                <w:color w:val="17365D"/>
                <w:sz w:val="17"/>
              </w:rPr>
              <w:t>Employer address</w:t>
            </w:r>
          </w:p>
        </w:tc>
        <w:tc>
          <w:tcPr>
            <w:tcW w:type="dxa" w:w="5328"/>
            <w:vAlign w:val="center"/>
          </w:tcPr>
          <w:p>
            <w:r/>
            <w:r>
              <w:rPr>
                <w:b w:val="0"/>
                <w:sz w:val="17"/>
              </w:rPr>
              <w:t>____________________________________________________________</w:t>
            </w:r>
          </w:p>
        </w:tc>
      </w:tr>
      <w:tr>
        <w:tc>
          <w:tcPr>
            <w:tcW w:type="dxa" w:w="5328"/>
            <w:vAlign w:val="center"/>
            <w:shd w:fill="EAF4F5"/>
          </w:tcPr>
          <w:p>
            <w:r/>
            <w:r>
              <w:rPr>
                <w:b/>
                <w:color w:val="17365D"/>
                <w:sz w:val="17"/>
              </w:rPr>
              <w:t>Employment start date</w:t>
            </w:r>
          </w:p>
        </w:tc>
        <w:tc>
          <w:tcPr>
            <w:tcW w:type="dxa" w:w="5328"/>
            <w:vAlign w:val="center"/>
          </w:tcPr>
          <w:p>
            <w:r/>
            <w:r>
              <w:rPr>
                <w:b w:val="0"/>
                <w:sz w:val="17"/>
              </w:rPr>
              <w:t>____________________________________________________________</w:t>
            </w:r>
          </w:p>
        </w:tc>
      </w:tr>
      <w:tr>
        <w:tc>
          <w:tcPr>
            <w:tcW w:type="dxa" w:w="5328"/>
            <w:vAlign w:val="center"/>
            <w:shd w:fill="EAF4F5"/>
          </w:tcPr>
          <w:p>
            <w:r/>
            <w:r>
              <w:rPr>
                <w:b/>
                <w:color w:val="17365D"/>
                <w:sz w:val="17"/>
              </w:rPr>
              <w:t>Gross annual income</w:t>
            </w:r>
          </w:p>
        </w:tc>
        <w:tc>
          <w:tcPr>
            <w:tcW w:type="dxa" w:w="5328"/>
            <w:vAlign w:val="center"/>
          </w:tcPr>
          <w:p>
            <w:r/>
            <w:r>
              <w:rPr>
                <w:b w:val="0"/>
                <w:sz w:val="17"/>
              </w:rPr>
              <w:t>____________________________________________________________</w:t>
            </w:r>
          </w:p>
        </w:tc>
      </w:tr>
      <w:tr>
        <w:tc>
          <w:tcPr>
            <w:tcW w:type="dxa" w:w="5328"/>
            <w:vAlign w:val="center"/>
            <w:shd w:fill="EAF4F5"/>
          </w:tcPr>
          <w:p>
            <w:r/>
            <w:r>
              <w:rPr>
                <w:b/>
                <w:color w:val="17365D"/>
                <w:sz w:val="17"/>
              </w:rPr>
              <w:t>Net monthly income</w:t>
            </w:r>
          </w:p>
        </w:tc>
        <w:tc>
          <w:tcPr>
            <w:tcW w:type="dxa" w:w="5328"/>
            <w:vAlign w:val="center"/>
          </w:tcPr>
          <w:p>
            <w:r/>
            <w:r>
              <w:rPr>
                <w:b w:val="0"/>
                <w:sz w:val="17"/>
              </w:rPr>
              <w:t>____________________________________________________________</w:t>
            </w:r>
          </w:p>
        </w:tc>
      </w:tr>
      <w:tr>
        <w:tc>
          <w:tcPr>
            <w:tcW w:type="dxa" w:w="5328"/>
            <w:vAlign w:val="center"/>
            <w:shd w:fill="EAF4F5"/>
          </w:tcPr>
          <w:p>
            <w:r/>
            <w:r>
              <w:rPr>
                <w:b/>
                <w:color w:val="17365D"/>
                <w:sz w:val="17"/>
              </w:rPr>
              <w:t>Employer / HR contact details</w:t>
            </w:r>
          </w:p>
        </w:tc>
        <w:tc>
          <w:tcPr>
            <w:tcW w:type="dxa" w:w="5328"/>
            <w:vAlign w:val="center"/>
          </w:tcPr>
          <w:p>
            <w:r/>
            <w:r>
              <w:rPr>
                <w:b w:val="0"/>
                <w:sz w:val="17"/>
              </w:rPr>
              <w:t>____________________________________________________________</w:t>
            </w:r>
          </w:p>
        </w:tc>
      </w:tr>
      <w:tr>
        <w:tc>
          <w:tcPr>
            <w:tcW w:type="dxa" w:w="5328"/>
            <w:vAlign w:val="center"/>
            <w:shd w:fill="EAF4F5"/>
          </w:tcPr>
          <w:p>
            <w:r/>
            <w:r>
              <w:rPr>
                <w:b/>
                <w:color w:val="17365D"/>
                <w:sz w:val="17"/>
              </w:rPr>
              <w:t>Other regular income</w:t>
            </w:r>
          </w:p>
        </w:tc>
        <w:tc>
          <w:tcPr>
            <w:tcW w:type="dxa" w:w="5328"/>
            <w:vAlign w:val="center"/>
          </w:tcPr>
          <w:p>
            <w:r/>
            <w:r>
              <w:rPr>
                <w:b w:val="0"/>
                <w:sz w:val="17"/>
              </w:rPr>
              <w:t>____________________________________________________________</w:t>
            </w:r>
          </w:p>
        </w:tc>
      </w:tr>
      <w:tr>
        <w:tc>
          <w:tcPr>
            <w:tcW w:type="dxa" w:w="5328"/>
            <w:vAlign w:val="center"/>
            <w:shd w:fill="EAF4F5"/>
          </w:tcPr>
          <w:p>
            <w:r/>
            <w:r>
              <w:rPr>
                <w:b/>
                <w:color w:val="17365D"/>
                <w:sz w:val="17"/>
              </w:rPr>
              <w:t>Property ownership status</w:t>
            </w:r>
          </w:p>
        </w:tc>
        <w:tc>
          <w:tcPr>
            <w:tcW w:type="dxa" w:w="5328"/>
            <w:vAlign w:val="center"/>
          </w:tcPr>
          <w:p>
            <w:r/>
            <w:r>
              <w:rPr>
                <w:b w:val="0"/>
                <w:sz w:val="17"/>
              </w:rPr>
              <w:t>____________________________________________________________</w:t>
            </w:r>
          </w:p>
        </w:tc>
      </w:tr>
      <w:tr>
        <w:tc>
          <w:tcPr>
            <w:tcW w:type="dxa" w:w="5328"/>
            <w:vAlign w:val="center"/>
            <w:shd w:fill="EAF4F5"/>
          </w:tcPr>
          <w:p>
            <w:r/>
            <w:r>
              <w:rPr>
                <w:b/>
                <w:color w:val="17365D"/>
                <w:sz w:val="17"/>
              </w:rPr>
              <w:t>Owned property address (if applicable)</w:t>
            </w:r>
          </w:p>
        </w:tc>
        <w:tc>
          <w:tcPr>
            <w:tcW w:type="dxa" w:w="5328"/>
            <w:vAlign w:val="center"/>
          </w:tcPr>
          <w:p>
            <w:r/>
            <w:r>
              <w:rPr>
                <w:b w:val="0"/>
                <w:sz w:val="17"/>
              </w:rPr>
              <w:t>____________________________________________________________</w:t>
            </w:r>
          </w:p>
        </w:tc>
      </w:tr>
      <w:tr>
        <w:tc>
          <w:tcPr>
            <w:tcW w:type="dxa" w:w="5328"/>
            <w:vAlign w:val="center"/>
            <w:shd w:fill="EAF4F5"/>
          </w:tcPr>
          <w:p>
            <w:r/>
            <w:r>
              <w:rPr>
                <w:b/>
                <w:color w:val="17365D"/>
                <w:sz w:val="17"/>
              </w:rPr>
              <w:t>Mortgage balance / monthly payment (if applicable)</w:t>
            </w:r>
          </w:p>
        </w:tc>
        <w:tc>
          <w:tcPr>
            <w:tcW w:type="dxa" w:w="5328"/>
            <w:vAlign w:val="center"/>
          </w:tcPr>
          <w:p>
            <w:r/>
            <w:r>
              <w:rPr>
                <w:b w:val="0"/>
                <w:sz w:val="17"/>
              </w:rPr>
              <w:t>____________________________________________________________</w:t>
            </w:r>
          </w:p>
        </w:tc>
      </w:tr>
      <w:tr>
        <w:tc>
          <w:tcPr>
            <w:tcW w:type="dxa" w:w="5328"/>
            <w:vAlign w:val="center"/>
            <w:shd w:fill="EAF4F5"/>
          </w:tcPr>
          <w:p>
            <w:r/>
            <w:r>
              <w:rPr>
                <w:b/>
                <w:color w:val="17365D"/>
                <w:sz w:val="17"/>
              </w:rPr>
              <w:t>Other significant financial commitments</w:t>
            </w:r>
          </w:p>
        </w:tc>
        <w:tc>
          <w:tcPr>
            <w:tcW w:type="dxa" w:w="5328"/>
            <w:vAlign w:val="center"/>
          </w:tcPr>
          <w:p>
            <w:r/>
            <w:r>
              <w:rPr>
                <w:b w:val="0"/>
                <w:sz w:val="17"/>
              </w:rPr>
              <w:t>____________________________________________________________</w:t>
            </w:r>
          </w:p>
        </w:tc>
      </w:tr>
    </w:tbl>
    <w:p>
      <w:pPr>
        <w:spacing w:before="160"/>
      </w:pPr>
      <w:r>
        <w:rPr>
          <w:b/>
          <w:color w:val="008C95"/>
          <w:sz w:val="20"/>
        </w:rPr>
        <w:t>GUARANTOR ADDRESS &amp; REFERENCE HISTORY</w:t>
      </w:r>
    </w:p>
    <w:tbl>
      <w:tblPr>
        <w:tblW w:type="auto" w:w="0"/>
        <w:jc w:val="center"/>
        <w:tblLook w:firstColumn="1" w:firstRow="1" w:lastColumn="0" w:lastRow="0" w:noHBand="0" w:noVBand="1" w:val="04A0"/>
      </w:tblPr>
      <w:tblGrid>
        <w:gridCol w:w="5328"/>
        <w:gridCol w:w="5328"/>
      </w:tblGrid>
      <w:tr>
        <w:tc>
          <w:tcPr>
            <w:tcW w:type="dxa" w:w="5328"/>
            <w:vAlign w:val="center"/>
            <w:shd w:fill="EAF4F5"/>
          </w:tcPr>
          <w:p>
            <w:r/>
            <w:r>
              <w:rPr>
                <w:b/>
                <w:color w:val="17365D"/>
                <w:sz w:val="17"/>
              </w:rPr>
              <w:t>Previous address (if at current address less than 3 years)</w:t>
            </w:r>
          </w:p>
        </w:tc>
        <w:tc>
          <w:tcPr>
            <w:tcW w:type="dxa" w:w="5328"/>
            <w:vAlign w:val="center"/>
          </w:tcPr>
          <w:p>
            <w:r/>
            <w:r>
              <w:rPr>
                <w:b w:val="0"/>
                <w:sz w:val="17"/>
              </w:rPr>
              <w:t>____________________________________________________________</w:t>
            </w:r>
          </w:p>
        </w:tc>
      </w:tr>
      <w:tr>
        <w:tc>
          <w:tcPr>
            <w:tcW w:type="dxa" w:w="5328"/>
            <w:vAlign w:val="center"/>
            <w:shd w:fill="EAF4F5"/>
          </w:tcPr>
          <w:p>
            <w:r/>
            <w:r>
              <w:rPr>
                <w:b/>
                <w:color w:val="17365D"/>
                <w:sz w:val="17"/>
              </w:rPr>
              <w:t>Previous landlord / agent (if applicable)</w:t>
            </w:r>
          </w:p>
        </w:tc>
        <w:tc>
          <w:tcPr>
            <w:tcW w:type="dxa" w:w="5328"/>
            <w:vAlign w:val="center"/>
          </w:tcPr>
          <w:p>
            <w:r/>
            <w:r>
              <w:rPr>
                <w:b w:val="0"/>
                <w:sz w:val="17"/>
              </w:rPr>
              <w:t>____________________________________________________________</w:t>
            </w:r>
          </w:p>
        </w:tc>
      </w:tr>
      <w:tr>
        <w:tc>
          <w:tcPr>
            <w:tcW w:type="dxa" w:w="5328"/>
            <w:vAlign w:val="center"/>
            <w:shd w:fill="EAF4F5"/>
          </w:tcPr>
          <w:p>
            <w:r/>
            <w:r>
              <w:rPr>
                <w:b/>
                <w:color w:val="17365D"/>
                <w:sz w:val="17"/>
              </w:rPr>
              <w:t>Previous landlord / agent contact details</w:t>
            </w:r>
          </w:p>
        </w:tc>
        <w:tc>
          <w:tcPr>
            <w:tcW w:type="dxa" w:w="5328"/>
            <w:vAlign w:val="center"/>
          </w:tcPr>
          <w:p>
            <w:r/>
            <w:r>
              <w:rPr>
                <w:b w:val="0"/>
                <w:sz w:val="17"/>
              </w:rPr>
              <w:t>____________________________________________________________</w:t>
            </w:r>
          </w:p>
        </w:tc>
      </w:tr>
      <w:tr>
        <w:tc>
          <w:tcPr>
            <w:tcW w:type="dxa" w:w="5328"/>
            <w:vAlign w:val="center"/>
            <w:shd w:fill="EAF4F5"/>
          </w:tcPr>
          <w:p>
            <w:r/>
            <w:r>
              <w:rPr>
                <w:b/>
                <w:color w:val="17365D"/>
                <w:sz w:val="17"/>
              </w:rPr>
              <w:t>Accountant / professional adviser (if self-employed)</w:t>
            </w:r>
          </w:p>
        </w:tc>
        <w:tc>
          <w:tcPr>
            <w:tcW w:type="dxa" w:w="5328"/>
            <w:vAlign w:val="center"/>
          </w:tcPr>
          <w:p>
            <w:r/>
            <w:r>
              <w:rPr>
                <w:b w:val="0"/>
                <w:sz w:val="17"/>
              </w:rPr>
              <w:t>____________________________________________________________</w:t>
            </w:r>
          </w:p>
        </w:tc>
      </w:tr>
    </w:tbl>
    <w:p>
      <w:pPr>
        <w:spacing w:before="160"/>
      </w:pPr>
      <w:r>
        <w:rPr>
          <w:b/>
          <w:color w:val="008C95"/>
          <w:sz w:val="20"/>
        </w:rPr>
        <w:t>GUARANTOR IDENTITY &amp; RIGHT TO RENT</w:t>
      </w:r>
    </w:p>
    <w:tbl>
      <w:tblPr>
        <w:tblW w:type="auto" w:w="0"/>
        <w:jc w:val="center"/>
        <w:tblLook w:firstColumn="1" w:firstRow="1" w:lastColumn="0" w:lastRow="0" w:noHBand="0" w:noVBand="1" w:val="04A0"/>
      </w:tblPr>
      <w:tblGrid>
        <w:gridCol w:w="5328"/>
        <w:gridCol w:w="5328"/>
      </w:tblGrid>
      <w:tr>
        <w:tc>
          <w:tcPr>
            <w:tcW w:type="dxa" w:w="5328"/>
            <w:vAlign w:val="center"/>
            <w:shd w:fill="EAF4F5"/>
          </w:tcPr>
          <w:p>
            <w:r/>
            <w:r>
              <w:rPr>
                <w:b/>
                <w:color w:val="17365D"/>
                <w:sz w:val="17"/>
              </w:rPr>
              <w:t>Identity document type</w:t>
            </w:r>
          </w:p>
        </w:tc>
        <w:tc>
          <w:tcPr>
            <w:tcW w:type="dxa" w:w="5328"/>
            <w:vAlign w:val="center"/>
          </w:tcPr>
          <w:p>
            <w:r/>
            <w:r>
              <w:rPr>
                <w:b w:val="0"/>
                <w:sz w:val="17"/>
              </w:rPr>
              <w:t>____________________________________________________________</w:t>
            </w:r>
          </w:p>
        </w:tc>
      </w:tr>
      <w:tr>
        <w:tc>
          <w:tcPr>
            <w:tcW w:type="dxa" w:w="5328"/>
            <w:vAlign w:val="center"/>
            <w:shd w:fill="EAF4F5"/>
          </w:tcPr>
          <w:p>
            <w:r/>
            <w:r>
              <w:rPr>
                <w:b/>
                <w:color w:val="17365D"/>
                <w:sz w:val="17"/>
              </w:rPr>
              <w:t>Document number / reference</w:t>
            </w:r>
          </w:p>
        </w:tc>
        <w:tc>
          <w:tcPr>
            <w:tcW w:type="dxa" w:w="5328"/>
            <w:vAlign w:val="center"/>
          </w:tcPr>
          <w:p>
            <w:r/>
            <w:r>
              <w:rPr>
                <w:b w:val="0"/>
                <w:sz w:val="17"/>
              </w:rPr>
              <w:t>____________________________________________________________</w:t>
            </w:r>
          </w:p>
        </w:tc>
      </w:tr>
      <w:tr>
        <w:tc>
          <w:tcPr>
            <w:tcW w:type="dxa" w:w="5328"/>
            <w:vAlign w:val="center"/>
            <w:shd w:fill="EAF4F5"/>
          </w:tcPr>
          <w:p>
            <w:r/>
            <w:r>
              <w:rPr>
                <w:b/>
                <w:color w:val="17365D"/>
                <w:sz w:val="17"/>
              </w:rPr>
              <w:t>Right to Rent status / evidence type, if relevant</w:t>
            </w:r>
          </w:p>
        </w:tc>
        <w:tc>
          <w:tcPr>
            <w:tcW w:type="dxa" w:w="5328"/>
            <w:vAlign w:val="center"/>
          </w:tcPr>
          <w:p>
            <w:r/>
            <w:r>
              <w:rPr>
                <w:b w:val="0"/>
                <w:sz w:val="17"/>
              </w:rPr>
              <w:t>____________________________________________________________</w:t>
            </w:r>
          </w:p>
        </w:tc>
      </w:tr>
      <w:tr>
        <w:tc>
          <w:tcPr>
            <w:tcW w:type="dxa" w:w="5328"/>
            <w:vAlign w:val="center"/>
            <w:shd w:fill="EAF4F5"/>
          </w:tcPr>
          <w:p>
            <w:r/>
            <w:r>
              <w:rPr>
                <w:b/>
                <w:color w:val="17365D"/>
                <w:sz w:val="17"/>
              </w:rPr>
              <w:t>Share code, if applicable</w:t>
            </w:r>
          </w:p>
        </w:tc>
        <w:tc>
          <w:tcPr>
            <w:tcW w:type="dxa" w:w="5328"/>
            <w:vAlign w:val="center"/>
          </w:tcPr>
          <w:p>
            <w:r/>
            <w:r>
              <w:rPr>
                <w:b w:val="0"/>
                <w:sz w:val="17"/>
              </w:rPr>
              <w:t>____________________________________________________________</w:t>
            </w:r>
          </w:p>
        </w:tc>
      </w:tr>
      <w:tr>
        <w:tc>
          <w:tcPr>
            <w:tcW w:type="dxa" w:w="5328"/>
            <w:vAlign w:val="center"/>
            <w:shd w:fill="EAF4F5"/>
          </w:tcPr>
          <w:p>
            <w:r/>
            <w:r>
              <w:rPr>
                <w:b/>
                <w:color w:val="17365D"/>
                <w:sz w:val="17"/>
              </w:rPr>
              <w:t>Verification date (office use)</w:t>
            </w:r>
          </w:p>
        </w:tc>
        <w:tc>
          <w:tcPr>
            <w:tcW w:type="dxa" w:w="5328"/>
            <w:vAlign w:val="center"/>
          </w:tcPr>
          <w:p>
            <w:r/>
            <w:r>
              <w:rPr>
                <w:b w:val="0"/>
                <w:sz w:val="17"/>
              </w:rPr>
              <w:t>____________________________________________________________</w:t>
            </w:r>
          </w:p>
        </w:tc>
      </w:tr>
    </w:tbl>
    <w:p>
      <w:r>
        <w:rPr>
          <w:sz w:val="15"/>
        </w:rPr>
        <w:t>A guarantor is not automatically a tenant or occupier. Right to Rent requirements apply to adult occupiers of the property in England; the guarantor section is included primarily for identity, affordability, referencing and contractual purposes unless the guarantor will also occupy the property. citeturn0search6</w:t>
      </w:r>
    </w:p>
    <w:p>
      <w:pPr>
        <w:spacing w:before="160"/>
      </w:pPr>
      <w:r>
        <w:rPr>
          <w:b/>
          <w:color w:val="008C95"/>
          <w:sz w:val="20"/>
        </w:rPr>
        <w:t>PROPOSED GUARANTOR COMMITMENT</w:t>
      </w:r>
    </w:p>
    <w:p>
      <w:r>
        <w:rPr>
          <w:sz w:val="16"/>
        </w:rPr>
        <w:t>The guarantor understands that a separate written guarantor agreement may be required and will set out the scope of any guarantee, including the tenant’s rent and any other sums expressly covered by that agreement. The guarantor should read the final guarantor agreement carefully and may seek independent legal advice if needed.</w:t>
      </w:r>
    </w:p>
    <w:p>
      <w:pPr>
        <w:spacing w:before="160"/>
      </w:pPr>
      <w:r>
        <w:rPr>
          <w:b/>
          <w:color w:val="008C95"/>
          <w:sz w:val="20"/>
        </w:rPr>
        <w:t>CONSENT, DECLARATION &amp; DATA</w:t>
      </w:r>
    </w:p>
    <w:p>
      <w:r>
        <w:rPr>
          <w:sz w:val="16"/>
        </w:rPr>
        <w:t>By signing/submitting this application, the tenant and guarantor confirm that the information supplied is true and complete to the best of their knowledge and authorise TOS Estate Management and/or the landlord to carry out appropriate referencing and verification checks connected with the proposed tenancy. The applicant understands that information may be shared with relevant referencing providers, landlords/agents, professional advisers or other parties where reasonably necessary and lawful for the application and tenancy process.</w:t>
      </w:r>
    </w:p>
    <w:tbl>
      <w:tblPr>
        <w:tblW w:type="auto" w:w="0"/>
        <w:jc w:val="center"/>
        <w:tblLook w:firstColumn="1" w:firstRow="1" w:lastColumn="0" w:lastRow="0" w:noHBand="0" w:noVBand="1" w:val="04A0"/>
      </w:tblPr>
      <w:tblGrid>
        <w:gridCol w:w="5328"/>
        <w:gridCol w:w="5328"/>
      </w:tblGrid>
      <w:tr>
        <w:tc>
          <w:tcPr>
            <w:tcW w:type="dxa" w:w="5328"/>
            <w:vAlign w:val="center"/>
            <w:shd w:fill="EAF4F5"/>
          </w:tcPr>
          <w:p>
            <w:r/>
            <w:r>
              <w:rPr>
                <w:b/>
                <w:color w:val="17365D"/>
                <w:sz w:val="17"/>
              </w:rPr>
              <w:t>Tenant name</w:t>
            </w:r>
          </w:p>
        </w:tc>
        <w:tc>
          <w:tcPr>
            <w:tcW w:type="dxa" w:w="5328"/>
            <w:vAlign w:val="center"/>
          </w:tcPr>
          <w:p>
            <w:r/>
            <w:r>
              <w:rPr>
                <w:b w:val="0"/>
                <w:sz w:val="17"/>
              </w:rPr>
              <w:t>____________________________________________________________</w:t>
            </w:r>
          </w:p>
        </w:tc>
      </w:tr>
      <w:tr>
        <w:tc>
          <w:tcPr>
            <w:tcW w:type="dxa" w:w="5328"/>
            <w:vAlign w:val="center"/>
            <w:shd w:fill="EAF4F5"/>
          </w:tcPr>
          <w:p>
            <w:r/>
            <w:r>
              <w:rPr>
                <w:b/>
                <w:color w:val="17365D"/>
                <w:sz w:val="17"/>
              </w:rPr>
              <w:t>Tenant signature</w:t>
            </w:r>
          </w:p>
        </w:tc>
        <w:tc>
          <w:tcPr>
            <w:tcW w:type="dxa" w:w="5328"/>
            <w:vAlign w:val="center"/>
          </w:tcPr>
          <w:p>
            <w:r/>
            <w:r>
              <w:rPr>
                <w:b w:val="0"/>
                <w:sz w:val="17"/>
              </w:rPr>
              <w:t>____________________________________________________________</w:t>
            </w:r>
          </w:p>
        </w:tc>
      </w:tr>
      <w:tr>
        <w:tc>
          <w:tcPr>
            <w:tcW w:type="dxa" w:w="5328"/>
            <w:vAlign w:val="center"/>
            <w:shd w:fill="EAF4F5"/>
          </w:tcPr>
          <w:p>
            <w:r/>
            <w:r>
              <w:rPr>
                <w:b/>
                <w:color w:val="17365D"/>
                <w:sz w:val="17"/>
              </w:rPr>
              <w:t>Date</w:t>
            </w:r>
          </w:p>
        </w:tc>
        <w:tc>
          <w:tcPr>
            <w:tcW w:type="dxa" w:w="5328"/>
            <w:vAlign w:val="center"/>
          </w:tcPr>
          <w:p>
            <w:r/>
            <w:r>
              <w:rPr>
                <w:b w:val="0"/>
                <w:sz w:val="17"/>
              </w:rPr>
              <w:t>____________________________________________________________</w:t>
            </w:r>
          </w:p>
        </w:tc>
      </w:tr>
      <w:tr>
        <w:tc>
          <w:tcPr>
            <w:tcW w:type="dxa" w:w="5328"/>
            <w:vAlign w:val="center"/>
            <w:shd w:fill="EAF4F5"/>
          </w:tcPr>
          <w:p>
            <w:r/>
            <w:r>
              <w:rPr>
                <w:b/>
                <w:color w:val="17365D"/>
                <w:sz w:val="17"/>
              </w:rPr>
              <w:t>Guarantor name</w:t>
            </w:r>
          </w:p>
        </w:tc>
        <w:tc>
          <w:tcPr>
            <w:tcW w:type="dxa" w:w="5328"/>
            <w:vAlign w:val="center"/>
          </w:tcPr>
          <w:p>
            <w:r/>
            <w:r>
              <w:rPr>
                <w:b w:val="0"/>
                <w:sz w:val="17"/>
              </w:rPr>
              <w:t>____________________________________________________________</w:t>
            </w:r>
          </w:p>
        </w:tc>
      </w:tr>
      <w:tr>
        <w:tc>
          <w:tcPr>
            <w:tcW w:type="dxa" w:w="5328"/>
            <w:vAlign w:val="center"/>
            <w:shd w:fill="EAF4F5"/>
          </w:tcPr>
          <w:p>
            <w:r/>
            <w:r>
              <w:rPr>
                <w:b/>
                <w:color w:val="17365D"/>
                <w:sz w:val="17"/>
              </w:rPr>
              <w:t>Guarantor signature</w:t>
            </w:r>
          </w:p>
        </w:tc>
        <w:tc>
          <w:tcPr>
            <w:tcW w:type="dxa" w:w="5328"/>
            <w:vAlign w:val="center"/>
          </w:tcPr>
          <w:p>
            <w:r/>
            <w:r>
              <w:rPr>
                <w:b w:val="0"/>
                <w:sz w:val="17"/>
              </w:rPr>
              <w:t>____________________________________________________________</w:t>
            </w:r>
          </w:p>
        </w:tc>
      </w:tr>
      <w:tr>
        <w:tc>
          <w:tcPr>
            <w:tcW w:type="dxa" w:w="5328"/>
            <w:vAlign w:val="center"/>
            <w:shd w:fill="EAF4F5"/>
          </w:tcPr>
          <w:p>
            <w:r/>
            <w:r>
              <w:rPr>
                <w:b/>
                <w:color w:val="17365D"/>
                <w:sz w:val="17"/>
              </w:rPr>
              <w:t>Date</w:t>
            </w:r>
          </w:p>
        </w:tc>
        <w:tc>
          <w:tcPr>
            <w:tcW w:type="dxa" w:w="5328"/>
            <w:vAlign w:val="center"/>
          </w:tcPr>
          <w:p>
            <w:r/>
            <w:r>
              <w:rPr>
                <w:b w:val="0"/>
                <w:sz w:val="17"/>
              </w:rPr>
              <w:t>____________________________________________________________</w:t>
            </w:r>
          </w:p>
        </w:tc>
      </w:tr>
    </w:tbl>
    <w:p>
      <w:pPr>
        <w:spacing w:before="160"/>
      </w:pPr>
      <w:r>
        <w:rPr>
          <w:b/>
          <w:color w:val="008C95"/>
          <w:sz w:val="20"/>
        </w:rPr>
        <w:t>SUPPORTING DOCUMENTS CHECKLIST</w:t>
      </w:r>
    </w:p>
    <w:p>
      <w:pPr>
        <w:spacing w:after="20"/>
      </w:pPr>
      <w:r>
        <w:rPr>
          <w:sz w:val="16"/>
        </w:rPr>
        <w:t>☐ Tenant identity / Right to Rent evidence (where applicable)</w:t>
      </w:r>
    </w:p>
    <w:p>
      <w:pPr>
        <w:spacing w:after="20"/>
      </w:pPr>
      <w:r>
        <w:rPr>
          <w:sz w:val="16"/>
        </w:rPr>
        <w:t>☐ Tenant employment / income evidence</w:t>
      </w:r>
    </w:p>
    <w:p>
      <w:pPr>
        <w:spacing w:after="20"/>
      </w:pPr>
      <w:r>
        <w:rPr>
          <w:sz w:val="16"/>
        </w:rPr>
        <w:t>☐ Tenant address / tenancy history evidence</w:t>
      </w:r>
    </w:p>
    <w:p>
      <w:pPr>
        <w:spacing w:after="20"/>
      </w:pPr>
      <w:r>
        <w:rPr>
          <w:sz w:val="16"/>
        </w:rPr>
        <w:t>☐ Tenant bank / financial evidence where requested for referencing</w:t>
      </w:r>
    </w:p>
    <w:p>
      <w:pPr>
        <w:spacing w:after="20"/>
      </w:pPr>
      <w:r>
        <w:rPr>
          <w:sz w:val="16"/>
        </w:rPr>
        <w:t>☐ Guarantor identity evidence</w:t>
      </w:r>
    </w:p>
    <w:p>
      <w:pPr>
        <w:spacing w:after="20"/>
      </w:pPr>
      <w:r>
        <w:rPr>
          <w:sz w:val="16"/>
        </w:rPr>
        <w:t>☐ Guarantor employment / income evidence</w:t>
      </w:r>
    </w:p>
    <w:p>
      <w:pPr>
        <w:spacing w:after="20"/>
      </w:pPr>
      <w:r>
        <w:rPr>
          <w:sz w:val="16"/>
        </w:rPr>
        <w:t>☐ Guarantor address / property ownership evidence where applicable</w:t>
      </w:r>
    </w:p>
    <w:p>
      <w:pPr>
        <w:spacing w:after="20"/>
      </w:pPr>
      <w:r>
        <w:rPr>
          <w:sz w:val="16"/>
        </w:rPr>
        <w:t>☐ Other documents requested by TOS Estate Management / referencing provider</w:t>
      </w:r>
    </w:p>
    <w:p>
      <w:pPr>
        <w:spacing w:before="160"/>
      </w:pPr>
      <w:r>
        <w:rPr>
          <w:b/>
          <w:color w:val="008C95"/>
          <w:sz w:val="20"/>
        </w:rPr>
        <w:t>OFFICE USE ONLY</w:t>
      </w:r>
    </w:p>
    <w:tbl>
      <w:tblPr>
        <w:tblW w:type="auto" w:w="0"/>
        <w:jc w:val="center"/>
        <w:tblLook w:firstColumn="1" w:firstRow="1" w:lastColumn="0" w:lastRow="0" w:noHBand="0" w:noVBand="1" w:val="04A0"/>
      </w:tblPr>
      <w:tblGrid>
        <w:gridCol w:w="5328"/>
        <w:gridCol w:w="5328"/>
      </w:tblGrid>
      <w:tr>
        <w:tc>
          <w:tcPr>
            <w:tcW w:type="dxa" w:w="5328"/>
            <w:vAlign w:val="center"/>
            <w:shd w:fill="EAF4F5"/>
          </w:tcPr>
          <w:p>
            <w:r/>
            <w:r>
              <w:rPr>
                <w:b/>
                <w:color w:val="17365D"/>
                <w:sz w:val="17"/>
              </w:rPr>
              <w:t>Application received date</w:t>
            </w:r>
          </w:p>
        </w:tc>
        <w:tc>
          <w:tcPr>
            <w:tcW w:type="dxa" w:w="5328"/>
            <w:vAlign w:val="center"/>
          </w:tcPr>
          <w:p>
            <w:r/>
            <w:r>
              <w:rPr>
                <w:b w:val="0"/>
                <w:sz w:val="17"/>
              </w:rPr>
              <w:t>____________________________________________________________</w:t>
            </w:r>
          </w:p>
        </w:tc>
      </w:tr>
      <w:tr>
        <w:tc>
          <w:tcPr>
            <w:tcW w:type="dxa" w:w="5328"/>
            <w:vAlign w:val="center"/>
            <w:shd w:fill="EAF4F5"/>
          </w:tcPr>
          <w:p>
            <w:r/>
            <w:r>
              <w:rPr>
                <w:b/>
                <w:color w:val="17365D"/>
                <w:sz w:val="17"/>
              </w:rPr>
              <w:t>Tenant reference completed</w:t>
            </w:r>
          </w:p>
        </w:tc>
        <w:tc>
          <w:tcPr>
            <w:tcW w:type="dxa" w:w="5328"/>
            <w:vAlign w:val="center"/>
          </w:tcPr>
          <w:p>
            <w:r/>
            <w:r>
              <w:rPr>
                <w:b w:val="0"/>
                <w:sz w:val="17"/>
              </w:rPr>
              <w:t>____________________________________________________________</w:t>
            </w:r>
          </w:p>
        </w:tc>
      </w:tr>
      <w:tr>
        <w:tc>
          <w:tcPr>
            <w:tcW w:type="dxa" w:w="5328"/>
            <w:vAlign w:val="center"/>
            <w:shd w:fill="EAF4F5"/>
          </w:tcPr>
          <w:p>
            <w:r/>
            <w:r>
              <w:rPr>
                <w:b/>
                <w:color w:val="17365D"/>
                <w:sz w:val="17"/>
              </w:rPr>
              <w:t>Guarantor reference completed</w:t>
            </w:r>
          </w:p>
        </w:tc>
        <w:tc>
          <w:tcPr>
            <w:tcW w:type="dxa" w:w="5328"/>
            <w:vAlign w:val="center"/>
          </w:tcPr>
          <w:p>
            <w:r/>
            <w:r>
              <w:rPr>
                <w:b w:val="0"/>
                <w:sz w:val="17"/>
              </w:rPr>
              <w:t>____________________________________________________________</w:t>
            </w:r>
          </w:p>
        </w:tc>
      </w:tr>
      <w:tr>
        <w:tc>
          <w:tcPr>
            <w:tcW w:type="dxa" w:w="5328"/>
            <w:vAlign w:val="center"/>
            <w:shd w:fill="EAF4F5"/>
          </w:tcPr>
          <w:p>
            <w:r/>
            <w:r>
              <w:rPr>
                <w:b/>
                <w:color w:val="17365D"/>
                <w:sz w:val="17"/>
              </w:rPr>
              <w:t>Right to Rent check completed</w:t>
            </w:r>
          </w:p>
        </w:tc>
        <w:tc>
          <w:tcPr>
            <w:tcW w:type="dxa" w:w="5328"/>
            <w:vAlign w:val="center"/>
          </w:tcPr>
          <w:p>
            <w:r/>
            <w:r>
              <w:rPr>
                <w:b w:val="0"/>
                <w:sz w:val="17"/>
              </w:rPr>
              <w:t>____________________________________________________________</w:t>
            </w:r>
          </w:p>
        </w:tc>
      </w:tr>
      <w:tr>
        <w:tc>
          <w:tcPr>
            <w:tcW w:type="dxa" w:w="5328"/>
            <w:vAlign w:val="center"/>
            <w:shd w:fill="EAF4F5"/>
          </w:tcPr>
          <w:p>
            <w:r/>
            <w:r>
              <w:rPr>
                <w:b/>
                <w:color w:val="17365D"/>
                <w:sz w:val="17"/>
              </w:rPr>
              <w:t>Affordability result / notes</w:t>
            </w:r>
          </w:p>
        </w:tc>
        <w:tc>
          <w:tcPr>
            <w:tcW w:type="dxa" w:w="5328"/>
            <w:vAlign w:val="center"/>
          </w:tcPr>
          <w:p>
            <w:r/>
            <w:r>
              <w:rPr>
                <w:b w:val="0"/>
                <w:sz w:val="17"/>
              </w:rPr>
              <w:t>____________________________________________________________</w:t>
            </w:r>
          </w:p>
        </w:tc>
      </w:tr>
      <w:tr>
        <w:tc>
          <w:tcPr>
            <w:tcW w:type="dxa" w:w="5328"/>
            <w:vAlign w:val="center"/>
            <w:shd w:fill="EAF4F5"/>
          </w:tcPr>
          <w:p>
            <w:r/>
            <w:r>
              <w:rPr>
                <w:b/>
                <w:color w:val="17365D"/>
                <w:sz w:val="17"/>
              </w:rPr>
              <w:t>Landlord approval</w:t>
            </w:r>
          </w:p>
        </w:tc>
        <w:tc>
          <w:tcPr>
            <w:tcW w:type="dxa" w:w="5328"/>
            <w:vAlign w:val="center"/>
          </w:tcPr>
          <w:p>
            <w:r/>
            <w:r>
              <w:rPr>
                <w:b w:val="0"/>
                <w:sz w:val="17"/>
              </w:rPr>
              <w:t>____________________________________________________________</w:t>
            </w:r>
          </w:p>
        </w:tc>
      </w:tr>
      <w:tr>
        <w:tc>
          <w:tcPr>
            <w:tcW w:type="dxa" w:w="5328"/>
            <w:vAlign w:val="center"/>
            <w:shd w:fill="EAF4F5"/>
          </w:tcPr>
          <w:p>
            <w:r/>
            <w:r>
              <w:rPr>
                <w:b/>
                <w:color w:val="17365D"/>
                <w:sz w:val="17"/>
              </w:rPr>
              <w:t>Tenancy / guarantor agreement issued</w:t>
            </w:r>
          </w:p>
        </w:tc>
        <w:tc>
          <w:tcPr>
            <w:tcW w:type="dxa" w:w="5328"/>
            <w:vAlign w:val="center"/>
          </w:tcPr>
          <w:p>
            <w:r/>
            <w:r>
              <w:rPr>
                <w:b w:val="0"/>
                <w:sz w:val="17"/>
              </w:rPr>
              <w:t>____________________________________________________________</w:t>
            </w:r>
          </w:p>
        </w:tc>
      </w:tr>
      <w:tr>
        <w:tc>
          <w:tcPr>
            <w:tcW w:type="dxa" w:w="5328"/>
            <w:vAlign w:val="center"/>
            <w:shd w:fill="EAF4F5"/>
          </w:tcPr>
          <w:p>
            <w:r/>
            <w:r>
              <w:rPr>
                <w:b/>
                <w:color w:val="17365D"/>
                <w:sz w:val="17"/>
              </w:rPr>
              <w:t>Officer / initials</w:t>
            </w:r>
          </w:p>
        </w:tc>
        <w:tc>
          <w:tcPr>
            <w:tcW w:type="dxa" w:w="5328"/>
            <w:vAlign w:val="center"/>
          </w:tcPr>
          <w:p>
            <w:r/>
            <w:r>
              <w:rPr>
                <w:b w:val="0"/>
                <w:sz w:val="17"/>
              </w:rPr>
              <w:t>____________________________________________________________</w:t>
            </w:r>
          </w:p>
        </w:tc>
      </w:tr>
    </w:tbl>
    <w:p>
      <w:pPr>
        <w:jc w:val="center"/>
      </w:pPr>
      <w:r>
        <w:rPr>
          <w:b/>
          <w:color w:val="17365D"/>
          <w:sz w:val="17"/>
        </w:rPr>
        <w:t>TOS ESTATE MANAGEMENT</w:t>
      </w:r>
      <w:r>
        <w:rPr>
          <w:color w:val="666666"/>
          <w:sz w:val="15"/>
        </w:rPr>
        <w:br/>
        <w:t>Earlsdon Park, 53–55 Butts Road, Coventry CV1 3BH • 024 7510 2873 • 077 2157 1801 • info@tosestatemgt.co.uk</w:t>
      </w:r>
    </w:p>
    <w:sectPr w:rsidR="00FC693F" w:rsidRPr="0006063C" w:rsidSect="00034616">
      <w:headerReference w:type="default" r:id="rId9"/>
      <w:pgSz w:w="12240" w:h="15840"/>
      <w:pgMar w:top="720" w:right="792" w:bottom="720"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b/>
        <w:color w:val="17365D"/>
        <w:sz w:val="34"/>
      </w:rPr>
      <w:t>TOS ESTATE MANAGEMENT</w:t>
    </w:r>
    <w:r>
      <w:rPr>
        <w:color w:val="008C95"/>
        <w:sz w:val="16"/>
      </w:rPr>
      <w:br/>
      <w:t>Residential Lettings • Property Management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